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fr-FR"/>
        </w:rPr>
      </w:pPr>
      <w:r>
        <w:rPr>
          <w:b/>
          <w:color w:val="1F4E79"/>
          <w:sz w:val="32"/>
          <w:lang w:val="fr-FR"/>
        </w:rPr>
        <w:t>Fiche technique - ADYK</w:t>
      </w:r>
    </w:p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Normal"/>
        <w:jc w:val="center"/>
        <w:rPr>
          <w:lang w:val="fr-FR"/>
        </w:rPr>
      </w:pPr>
      <w:r>
        <w:rPr>
          <w:b/>
          <w:color w:val="1F4E79"/>
          <w:sz w:val="32"/>
          <w:lang w:val="fr-FR"/>
        </w:rPr>
        <w:t>Informations Générales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Client : </w:t>
      </w:r>
      <w:r>
        <w:rPr>
          <w:lang w:val="fr-FR"/>
        </w:rPr>
        <w:t>ADYK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Domaine principal : </w:t>
      </w:r>
      <w:r>
        <w:rPr>
          <w:bCs/>
          <w:lang w:val="fr-FR"/>
        </w:rPr>
        <w:t>adyk.fr</w:t>
      </w:r>
    </w:p>
    <w:p>
      <w:pPr>
        <w:pStyle w:val="Normal"/>
        <w:rPr>
          <w:b/>
          <w:lang w:val="fr-FR"/>
        </w:rPr>
      </w:pPr>
      <w:r>
        <w:rPr>
          <w:b/>
          <w:lang w:val="fr-FR"/>
        </w:rPr>
        <w:t xml:space="preserve">Nom de domaine secondaire : </w:t>
      </w:r>
    </w:p>
    <w:p>
      <w:pPr>
        <w:pStyle w:val="ListParagraph"/>
        <w:numPr>
          <w:ilvl w:val="0"/>
          <w:numId w:val="7"/>
        </w:numPr>
        <w:rPr>
          <w:bCs/>
          <w:lang w:val="fr-FR"/>
        </w:rPr>
      </w:pPr>
      <w:r>
        <w:rPr>
          <w:bCs/>
          <w:lang w:val="fr-FR"/>
        </w:rPr>
        <w:t>byplus.adyk.fr (Pour l'accès à l’application BY+)</w:t>
      </w:r>
    </w:p>
    <w:p>
      <w:pPr>
        <w:pStyle w:val="ListParagraph"/>
        <w:numPr>
          <w:ilvl w:val="0"/>
          <w:numId w:val="7"/>
        </w:numPr>
        <w:rPr>
          <w:bCs/>
          <w:lang w:val="fr-FR"/>
        </w:rPr>
      </w:pPr>
      <w:r>
        <w:rPr>
          <w:bCs/>
          <w:lang w:val="fr-FR"/>
        </w:rPr>
        <w:t>portail.adyk.fr (Pour le portail client)</w:t>
      </w:r>
    </w:p>
    <w:p>
      <w:pPr>
        <w:pStyle w:val="ListParagraph"/>
        <w:numPr>
          <w:ilvl w:val="0"/>
          <w:numId w:val="7"/>
        </w:numPr>
        <w:rPr>
          <w:bCs/>
          <w:lang w:val="fr-FR"/>
        </w:rPr>
      </w:pPr>
      <w:r>
        <w:rPr>
          <w:bCs/>
          <w:lang w:val="fr-FR"/>
        </w:rPr>
        <w:t>byplus-api.adyk.fr (Pour les APIs)</w:t>
      </w:r>
    </w:p>
    <w:p>
      <w:pPr>
        <w:pStyle w:val="ListParagraph"/>
        <w:numPr>
          <w:ilvl w:val="0"/>
          <w:numId w:val="7"/>
        </w:numPr>
        <w:rPr>
          <w:bCs/>
          <w:lang w:val="fr-FR"/>
        </w:rPr>
      </w:pPr>
      <w:r>
        <w:rPr>
          <w:bCs/>
          <w:lang w:val="fr-FR"/>
        </w:rPr>
        <w:t>*.byplus-api.adyk.fr (Pour les APIs)</w:t>
      </w:r>
    </w:p>
    <w:p>
      <w:pPr>
        <w:pStyle w:val="ListParagraph"/>
        <w:numPr>
          <w:ilvl w:val="0"/>
          <w:numId w:val="7"/>
        </w:numPr>
        <w:rPr>
          <w:bCs/>
          <w:lang w:val="fr-FR"/>
        </w:rPr>
      </w:pPr>
      <w:r>
        <w:rPr>
          <w:bCs/>
          <w:lang w:val="fr-FR"/>
        </w:rPr>
        <w:t>meet.adyk.fr (Pour les conférences)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Contact technique client : </w:t>
      </w:r>
      <w:hyperlink r:id="rId2">
        <w:r>
          <w:rPr>
            <w:rStyle w:val="Hyperlink"/>
            <w:lang w:val="fr-FR"/>
          </w:rPr>
          <w:t>romeo.mehinto@netbyus.com</w:t>
        </w:r>
      </w:hyperlink>
      <w:r>
        <w:rPr>
          <w:lang w:val="fr-FR"/>
        </w:rPr>
        <w:t xml:space="preserve"> et </w:t>
      </w:r>
      <w:hyperlink r:id="rId3">
        <w:r>
          <w:rPr>
            <w:rStyle w:val="Hyperlink"/>
            <w:lang w:val="fr-FR"/>
          </w:rPr>
          <w:t>fanta.kounou@netbyus.com</w:t>
        </w:r>
      </w:hyperlink>
      <w:r>
        <w:rPr>
          <w:lang w:val="fr-FR"/>
        </w:rPr>
        <w:t xml:space="preserve"> 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Nom de l’administrateur : </w:t>
      </w:r>
      <w:r>
        <w:rPr>
          <w:lang w:val="fr-FR"/>
        </w:rPr>
        <w:t>Roméo MEHINTO et Grace Fanta KOUNOU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Statut : </w:t>
      </w:r>
      <w:r>
        <w:rPr>
          <w:lang w:val="fr-FR"/>
        </w:rPr>
        <w:t>Actif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Environnement : </w:t>
      </w:r>
      <w:r>
        <w:rPr>
          <w:lang w:val="fr-FR"/>
        </w:rPr>
        <w:t>Production</w:t>
      </w:r>
    </w:p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Normal"/>
        <w:jc w:val="center"/>
        <w:rPr>
          <w:b/>
          <w:color w:val="1F4E79"/>
          <w:sz w:val="32"/>
          <w:lang w:val="fr-FR"/>
        </w:rPr>
      </w:pPr>
      <w:r>
        <w:rPr>
          <w:b/>
          <w:color w:val="1F4E79"/>
          <w:sz w:val="32"/>
          <w:lang w:val="fr-FR"/>
        </w:rPr>
        <w:t>Infrastructure Serveur</w:t>
      </w:r>
    </w:p>
    <w:p>
      <w:pPr>
        <w:pStyle w:val="Normal"/>
        <w:jc w:val="center"/>
        <w:rPr>
          <w:b/>
          <w:color w:val="1F4E79"/>
          <w:sz w:val="32"/>
          <w:lang w:val="fr-FR"/>
        </w:rPr>
      </w:pPr>
      <w:r>
        <w:rPr>
          <w:b/>
          <w:color w:val="1F4E79"/>
          <w:sz w:val="32"/>
          <w:lang w:val="fr-FR"/>
        </w:rPr>
        <w:t>Serveur Application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Type d’hébergement : </w:t>
      </w:r>
      <w:r>
        <w:rPr>
          <w:lang w:val="fr-FR"/>
        </w:rPr>
        <w:t>VPS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Serveur : </w:t>
      </w:r>
      <w:r>
        <w:rPr>
          <w:lang w:val="fr-FR"/>
        </w:rPr>
        <w:t>OVH VPS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IP Serveur : </w:t>
      </w:r>
      <w:r>
        <w:rPr>
          <w:lang w:val="fr-FR"/>
        </w:rPr>
        <w:t>51.255.87.54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OS Serveur : </w:t>
      </w:r>
      <w:r>
        <w:rPr>
          <w:lang w:val="fr-FR"/>
        </w:rPr>
        <w:t>Ubuntu 22.04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Configuration serveur : </w:t>
      </w:r>
      <w:r>
        <w:rPr>
          <w:lang w:val="fr-FR"/>
        </w:rPr>
        <w:t>8vCPU / 32Go / 3.6T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Ports ouverts : </w:t>
      </w:r>
      <w:r>
        <w:rPr>
          <w:lang w:val="fr-FR"/>
        </w:rPr>
        <w:t>3031, 80, 443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SSL installé : </w:t>
      </w:r>
      <w:r>
        <w:rPr>
          <w:lang w:val="fr-FR"/>
        </w:rPr>
        <w:t>Oui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Méthode d’accès : </w:t>
      </w:r>
      <w:r>
        <w:rPr>
          <w:lang w:val="fr-FR"/>
        </w:rPr>
        <w:t>SSH avec clé</w:t>
      </w:r>
    </w:p>
    <w:p>
      <w:pPr>
        <w:pStyle w:val="Normal"/>
        <w:jc w:val="center"/>
        <w:rPr>
          <w:lang w:val="fr-FR"/>
        </w:rPr>
      </w:pPr>
      <w:r>
        <w:rPr>
          <w:b/>
          <w:color w:val="1F4E79"/>
          <w:sz w:val="32"/>
          <w:lang w:val="fr-FR"/>
        </w:rPr>
        <w:t>Serveur Base De Données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Type d’hébergement : </w:t>
      </w:r>
      <w:r>
        <w:rPr>
          <w:lang w:val="fr-FR"/>
        </w:rPr>
        <w:t>VPS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Serveur : </w:t>
      </w:r>
      <w:r>
        <w:rPr>
          <w:lang w:val="fr-FR"/>
        </w:rPr>
        <w:t>OVH VPS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IP Serveur : </w:t>
      </w:r>
      <w:r>
        <w:rPr>
          <w:sz w:val="24"/>
          <w:szCs w:val="24"/>
          <w:lang w:val="fr-FR"/>
        </w:rPr>
        <w:t>54.36.179.209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OS Serveur : </w:t>
      </w:r>
      <w:r>
        <w:rPr>
          <w:lang w:val="fr-FR"/>
        </w:rPr>
        <w:t>Ubuntu 22.04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Configuration serveur : </w:t>
      </w:r>
      <w:r>
        <w:rPr>
          <w:lang w:val="fr-FR"/>
        </w:rPr>
        <w:t>8vCPU / 32Go / 149.1Go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Ports ouverts : </w:t>
      </w:r>
      <w:r>
        <w:rPr>
          <w:sz w:val="24"/>
          <w:szCs w:val="24"/>
          <w:lang w:val="fr-FR"/>
        </w:rPr>
        <w:t>3032</w:t>
      </w:r>
      <w:r>
        <w:rPr>
          <w:lang w:val="fr-FR"/>
        </w:rPr>
        <w:t>, 5432, 6379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SSL installé : </w:t>
      </w:r>
      <w:r>
        <w:rPr>
          <w:lang w:val="fr-FR"/>
        </w:rPr>
        <w:t>Non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Méthode d’accès : </w:t>
      </w:r>
      <w:r>
        <w:rPr>
          <w:lang w:val="fr-FR"/>
        </w:rPr>
        <w:t>SSH avec clé</w:t>
      </w:r>
    </w:p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Normal"/>
        <w:jc w:val="center"/>
        <w:rPr>
          <w:lang w:val="fr-FR"/>
        </w:rPr>
      </w:pPr>
      <w:r>
        <w:rPr>
          <w:b/>
          <w:color w:val="1F4E79"/>
          <w:sz w:val="32"/>
          <w:lang w:val="fr-FR"/>
        </w:rPr>
        <w:t>Application Déployée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Framework utilisé : </w:t>
      </w:r>
      <w:r>
        <w:rPr>
          <w:lang w:val="fr-FR"/>
        </w:rPr>
        <w:t>Laravel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Services critiques : </w:t>
      </w:r>
      <w:r>
        <w:rPr>
          <w:lang w:val="fr-FR"/>
        </w:rPr>
        <w:t>API, Cron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Base de données : </w:t>
      </w:r>
      <w:r>
        <w:rPr>
          <w:lang w:val="fr-FR"/>
        </w:rPr>
        <w:t>PostgreSQL, Redis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>Version Git déployée : 1.1.1 (core-api) et 1.1.0 (core-app)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URL du dépôt Git : </w:t>
      </w:r>
      <w:r>
        <w:rPr>
          <w:lang w:val="fr-FR"/>
        </w:rPr>
        <w:t>git@gitlab.com:byPlusApi/core-api.git</w:t>
      </w:r>
    </w:p>
    <w:p>
      <w:pPr>
        <w:pStyle w:val="Normal"/>
        <w:rPr>
          <w:lang w:val="fr-FR"/>
        </w:rPr>
      </w:pPr>
      <w:r>
        <w:rPr>
          <w:lang w:val="fr-FR"/>
        </w:rPr>
        <w:t>git@gitlab.com:ByPlusApp/core-app.git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Dernier commit : 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Type de déploiement : 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Date de déploiement : </w:t>
      </w:r>
      <w:r>
        <w:rPr>
          <w:lang w:val="fr-FR"/>
        </w:rPr>
        <w:t>2024-06-02</w:t>
      </w:r>
    </w:p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Normal"/>
        <w:jc w:val="center"/>
        <w:rPr>
          <w:lang w:val="fr-FR"/>
        </w:rPr>
      </w:pPr>
      <w:r>
        <w:rPr>
          <w:b/>
          <w:color w:val="1F4E79"/>
          <w:sz w:val="32"/>
          <w:lang w:val="fr-FR"/>
        </w:rPr>
        <w:t>Sauvegarde et Monitoring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Sauvegarde active : </w:t>
      </w:r>
      <w:r>
        <w:rPr>
          <w:lang w:val="fr-FR"/>
        </w:rPr>
        <w:t>Non</w:t>
      </w:r>
    </w:p>
    <w:p>
      <w:pPr>
        <w:pStyle w:val="Normal"/>
        <w:rPr>
          <w:lang w:val="fr-FR"/>
        </w:rPr>
      </w:pPr>
      <w:r>
        <w:rPr>
          <w:b/>
          <w:lang w:val="fr-FR"/>
        </w:rPr>
        <w:t xml:space="preserve">Fréquence de sauvegarde : </w:t>
      </w:r>
    </w:p>
    <w:p>
      <w:pPr>
        <w:pStyle w:val="Normal"/>
        <w:rPr/>
      </w:pPr>
      <w:r>
        <w:rPr>
          <w:b/>
        </w:rPr>
        <w:t xml:space="preserve">Surveillance active e : </w:t>
      </w:r>
    </w:p>
    <w:p>
      <w:pPr>
        <w:pStyle w:val="Normal"/>
        <w:rPr>
          <w:b/>
        </w:rPr>
      </w:pPr>
      <w:r>
        <w:rPr/>
      </w:r>
    </w:p>
    <w:p>
      <w:pPr>
        <w:pStyle w:val="BodyText"/>
        <w:spacing w:before="0" w:after="0"/>
        <w:ind w:hanging="0" w:left="0" w:right="0"/>
        <w:jc w:val="left"/>
        <w:rPr>
          <w:sz w:val="20"/>
        </w:rPr>
      </w:pPr>
      <w:r>
        <w:rPr>
          <w:b/>
          <w:sz w:val="20"/>
        </w:rPr>
        <w:t>Serveur Applications 51.255.87.54</w:t>
        <w:br/>
        <w:t>Port SSH: 3031</w:t>
        <w:br/>
        <w:t>User: nbudsi</w:t>
        <w:br/>
        <w:t>Possword: lHxmHlsaELAVX£r</w:t>
      </w:r>
    </w:p>
    <w:p>
      <w:pPr>
        <w:pStyle w:val="BodyText"/>
        <w:spacing w:before="0" w:after="0"/>
        <w:ind w:hanging="0" w:left="0" w:right="0"/>
        <w:jc w:val="left"/>
        <w:rPr>
          <w:b/>
        </w:rPr>
      </w:pPr>
      <w:r>
        <w:rPr>
          <w:sz w:val="20"/>
        </w:rPr>
      </w:r>
    </w:p>
    <w:p>
      <w:pPr>
        <w:pStyle w:val="BodyText"/>
        <w:spacing w:before="0" w:after="0"/>
        <w:ind w:hanging="0" w:left="0" w:right="0"/>
        <w:jc w:val="left"/>
        <w:rPr>
          <w:sz w:val="20"/>
        </w:rPr>
      </w:pPr>
      <w:r>
        <w:rPr>
          <w:b/>
          <w:sz w:val="20"/>
        </w:rPr>
        <w:t>Serveur BDD 54.36.179.209</w:t>
        <w:br/>
        <w:t>Port SSH: 3032</w:t>
        <w:br/>
        <w:t>User: nbudsi</w:t>
        <w:br/>
        <w:t>Possword: pKnGpJkU:F&gt;Mn$G</w:t>
      </w:r>
    </w:p>
    <w:p>
      <w:pPr>
        <w:pStyle w:val="Normal"/>
        <w:spacing w:before="0" w:after="200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haracter">
                  <wp:align>left</wp:align>
                </wp:positionH>
                <wp:positionV relativeFrom="line">
                  <wp:posOffset>635</wp:posOffset>
                </wp:positionV>
                <wp:extent cx="14605" cy="190500"/>
                <wp:effectExtent l="0" t="0" r="0" b="0"/>
                <wp:wrapNone/>
                <wp:docPr id="1" name="Cadr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" cy="1905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0" w:after="120"/>
                              <w:ind w:hanging="0" w:left="0" w:right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1.15pt;height:15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<v:textbox inset="0in,0in,0in,0in">
                  <w:txbxContent>
                    <w:p>
                      <w:pPr>
                        <w:pStyle w:val="BodyText"/>
                        <w:spacing w:before="0" w:after="120"/>
                        <w:ind w:hanging="0" w:left="0" w:right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2c32"/>
    <w:pPr>
      <w:widowControl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re1C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Titre2C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re3C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e618bf"/>
    <w:rPr/>
  </w:style>
  <w:style w:type="character" w:styleId="PieddepageCar" w:customStyle="1">
    <w:name w:val="Pied de page Car"/>
    <w:basedOn w:val="DefaultParagraphFont"/>
    <w:uiPriority w:val="99"/>
    <w:qFormat/>
    <w:rsid w:val="00e618bf"/>
    <w:rPr/>
  </w:style>
  <w:style w:type="character" w:styleId="Titre1Car" w:customStyle="1">
    <w:name w:val="Titre 1 C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re2Car" w:customStyle="1">
    <w:name w:val="Titre 2 C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re3Car" w:customStyle="1">
    <w:name w:val="Titre 3 C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reCar" w:customStyle="1">
    <w:name w:val="Titre C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us-titreCar" w:customStyle="1">
    <w:name w:val="Sous-titre C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sdetexteCar" w:customStyle="1">
    <w:name w:val="Corps de texte Car"/>
    <w:basedOn w:val="DefaultParagraphFont"/>
    <w:uiPriority w:val="99"/>
    <w:qFormat/>
    <w:rsid w:val="00aa1d8d"/>
    <w:rPr/>
  </w:style>
  <w:style w:type="character" w:styleId="Corpsdetexte2Car" w:customStyle="1">
    <w:name w:val="Corps de texte 2 Car"/>
    <w:basedOn w:val="DefaultParagraphFont"/>
    <w:link w:val="BodyText2"/>
    <w:uiPriority w:val="99"/>
    <w:qFormat/>
    <w:rsid w:val="00aa1d8d"/>
    <w:rPr/>
  </w:style>
  <w:style w:type="character" w:styleId="Corpsdetexte3Car" w:customStyle="1">
    <w:name w:val="Corps de texte 3 C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xtedemacroCar" w:customStyle="1">
    <w:name w:val="Texte de macro C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re4Car" w:customStyle="1">
    <w:name w:val="Titre 4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re5Car" w:customStyle="1">
    <w:name w:val="Titre 5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Titre6Car" w:customStyle="1">
    <w:name w:val="Titre 6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re7Car" w:customStyle="1">
    <w:name w:val="Titre 7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re8Car" w:customStyle="1">
    <w:name w:val="Titre 8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re9Car" w:customStyle="1">
    <w:name w:val="Titre 9 C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ba2d83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a2d83"/>
    <w:rPr>
      <w:color w:val="605E5C"/>
      <w:shd w:fill="E1DFDD" w:val="clear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CorpsdetexteC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ous-titreC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Corpsdetexte2C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sdetexte3C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TextedemacroC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tionC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re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NormalWeb">
    <w:name w:val="Normal (Web)"/>
    <w:basedOn w:val="Normal"/>
    <w:uiPriority w:val="99"/>
    <w:semiHidden/>
    <w:unhideWhenUsed/>
    <w:qFormat/>
    <w:rsid w:val="009d4ee6"/>
    <w:pPr/>
    <w:rPr>
      <w:rFonts w:ascii="Times New Roman" w:hAnsi="Times New Roman" w:cs="Times New Roman"/>
      <w:sz w:val="24"/>
      <w:szCs w:val="24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omeo.mehinto@netbyus.com" TargetMode="External"/><Relationship Id="rId3" Type="http://schemas.openxmlformats.org/officeDocument/2006/relationships/hyperlink" Target="mailto:fanta.kounou@netbyus.com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LibreOffice/24.2.7.2$Linux_X86_64 LibreOffice_project/420$Build-2</Application>
  <AppVersion>15.0000</AppVersion>
  <Pages>3</Pages>
  <Words>239</Words>
  <Characters>1393</Characters>
  <CharactersWithSpaces>1584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dcterms:modified xsi:type="dcterms:W3CDTF">2025-06-26T14:01:05Z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