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32"/>
        </w:rPr>
        <w:t>Fiche technique - Client A</w:t>
      </w:r>
    </w:p>
    <w:p/>
    <w:p>
      <w:pPr>
        <w:jc w:val="center"/>
      </w:pPr>
      <w:r>
        <w:rPr>
          <w:b/>
          <w:color w:val="1F4E79"/>
          <w:sz w:val="32"/>
        </w:rPr>
        <w:t>Informations Générales</w:t>
      </w:r>
    </w:p>
    <w:p>
      <w:r>
        <w:rPr>
          <w:b/>
        </w:rPr>
        <w:t xml:space="preserve">Client : </w:t>
      </w:r>
      <w:r>
        <w:t>Client A</w:t>
      </w:r>
    </w:p>
    <w:p>
      <w:r>
        <w:rPr>
          <w:b/>
        </w:rPr>
        <w:t xml:space="preserve">Domaine principal : </w:t>
      </w:r>
      <w:r>
        <w:t>clienta.com</w:t>
      </w:r>
    </w:p>
    <w:p>
      <w:r>
        <w:rPr>
          <w:b/>
        </w:rPr>
        <w:t xml:space="preserve">Nom de domaine secondaire : </w:t>
      </w:r>
      <w:r>
        <w:t>app.clienta.com</w:t>
      </w:r>
    </w:p>
    <w:p>
      <w:r>
        <w:rPr>
          <w:b/>
        </w:rPr>
        <w:t xml:space="preserve">Contact technique client : </w:t>
      </w:r>
      <w:r>
        <w:t>tech@clienta.com</w:t>
      </w:r>
    </w:p>
    <w:p>
      <w:r>
        <w:rPr>
          <w:b/>
        </w:rPr>
        <w:t xml:space="preserve">Nom de l’administrateur : </w:t>
      </w:r>
      <w:r>
        <w:t>Jean Dupont</w:t>
      </w:r>
    </w:p>
    <w:p>
      <w:r>
        <w:rPr>
          <w:b/>
        </w:rPr>
        <w:t xml:space="preserve">Statut : </w:t>
      </w:r>
      <w:r>
        <w:t>Actif</w:t>
      </w:r>
    </w:p>
    <w:p>
      <w:r>
        <w:rPr>
          <w:b/>
        </w:rPr>
        <w:t xml:space="preserve">Environnement : </w:t>
      </w:r>
      <w:r>
        <w:t>Production</w:t>
      </w:r>
    </w:p>
    <w:p/>
    <w:p>
      <w:pPr>
        <w:jc w:val="center"/>
      </w:pPr>
      <w:r>
        <w:rPr>
          <w:b/>
          <w:color w:val="1F4E79"/>
          <w:sz w:val="32"/>
        </w:rPr>
        <w:t>Infrastructure Serveur</w:t>
      </w:r>
    </w:p>
    <w:p>
      <w:r>
        <w:rPr>
          <w:b/>
        </w:rPr>
        <w:t xml:space="preserve">Type d’hébergement : </w:t>
      </w:r>
      <w:r>
        <w:t>VPS</w:t>
      </w:r>
    </w:p>
    <w:p>
      <w:r>
        <w:rPr>
          <w:b/>
        </w:rPr>
        <w:t xml:space="preserve">Serveur : </w:t>
      </w:r>
      <w:r>
        <w:t>OVH VPS</w:t>
      </w:r>
    </w:p>
    <w:p>
      <w:r>
        <w:rPr>
          <w:b/>
        </w:rPr>
        <w:t xml:space="preserve">IP Serveur : </w:t>
      </w:r>
      <w:r>
        <w:t>192.168.1.10</w:t>
      </w:r>
    </w:p>
    <w:p>
      <w:r>
        <w:rPr>
          <w:b/>
        </w:rPr>
        <w:t xml:space="preserve">OS Serveur : </w:t>
      </w:r>
      <w:r>
        <w:t>Ubuntu 22.04</w:t>
      </w:r>
    </w:p>
    <w:p>
      <w:r>
        <w:rPr>
          <w:b/>
        </w:rPr>
        <w:t xml:space="preserve">Configuration serveur : </w:t>
      </w:r>
      <w:r>
        <w:t>2vCPU / 4Go / 80Go</w:t>
      </w:r>
    </w:p>
    <w:p>
      <w:r>
        <w:rPr>
          <w:b/>
        </w:rPr>
        <w:t xml:space="preserve">Ports ouverts : </w:t>
      </w:r>
      <w:r>
        <w:t>22, 80, 443</w:t>
      </w:r>
    </w:p>
    <w:p>
      <w:r>
        <w:rPr>
          <w:b/>
        </w:rPr>
        <w:t xml:space="preserve">SSL installé : </w:t>
      </w:r>
      <w:r>
        <w:t>Oui</w:t>
      </w:r>
    </w:p>
    <w:p>
      <w:r>
        <w:rPr>
          <w:b/>
        </w:rPr>
        <w:t xml:space="preserve">Méthode d’accès : </w:t>
      </w:r>
      <w:r>
        <w:t>SSH avec clé</w:t>
      </w:r>
    </w:p>
    <w:p/>
    <w:p>
      <w:pPr>
        <w:jc w:val="center"/>
      </w:pPr>
      <w:r>
        <w:rPr>
          <w:b/>
          <w:color w:val="1F4E79"/>
          <w:sz w:val="32"/>
        </w:rPr>
        <w:t>Application Déployée</w:t>
      </w:r>
    </w:p>
    <w:p>
      <w:r>
        <w:rPr>
          <w:b/>
        </w:rPr>
        <w:t xml:space="preserve">Framework utilisé : </w:t>
      </w:r>
      <w:r>
        <w:t>Laravel</w:t>
      </w:r>
    </w:p>
    <w:p>
      <w:r>
        <w:rPr>
          <w:b/>
        </w:rPr>
        <w:t xml:space="preserve">Services critiques : </w:t>
      </w:r>
      <w:r>
        <w:t>API, Cron</w:t>
      </w:r>
    </w:p>
    <w:p>
      <w:r>
        <w:rPr>
          <w:b/>
        </w:rPr>
        <w:t xml:space="preserve">Base de données : </w:t>
      </w:r>
      <w:r>
        <w:t>PostgreSQL</w:t>
      </w:r>
    </w:p>
    <w:p>
      <w:r>
        <w:rPr>
          <w:b/>
        </w:rPr>
        <w:t xml:space="preserve">Version Git déployée : </w:t>
      </w:r>
      <w:r>
        <w:t>v1.2.0</w:t>
      </w:r>
    </w:p>
    <w:p>
      <w:r>
        <w:rPr>
          <w:b/>
        </w:rPr>
        <w:t xml:space="preserve">URL du dépôt Git : </w:t>
      </w:r>
      <w:r>
        <w:t>https://git.example.com/clienta/project</w:t>
      </w:r>
    </w:p>
    <w:p>
      <w:r>
        <w:rPr>
          <w:b/>
        </w:rPr>
        <w:t xml:space="preserve">Dernier commit : </w:t>
      </w:r>
      <w:r>
        <w:t>Fix API auth - 8e9f1d2</w:t>
      </w:r>
    </w:p>
    <w:p>
      <w:r>
        <w:rPr>
          <w:b/>
        </w:rPr>
        <w:t xml:space="preserve">Type de déploiement : </w:t>
      </w:r>
      <w:r>
        <w:t>CI/CD GitLab</w:t>
      </w:r>
    </w:p>
    <w:p>
      <w:r>
        <w:rPr>
          <w:b/>
        </w:rPr>
        <w:t xml:space="preserve">Date de déploiement : </w:t>
      </w:r>
      <w:r>
        <w:t>2024-03-15</w:t>
      </w:r>
    </w:p>
    <w:p/>
    <w:p>
      <w:pPr>
        <w:jc w:val="center"/>
      </w:pPr>
      <w:r>
        <w:rPr>
          <w:b/>
          <w:color w:val="1F4E79"/>
          <w:sz w:val="32"/>
        </w:rPr>
        <w:t>Sauvegarde et Monitoring</w:t>
      </w:r>
    </w:p>
    <w:p>
      <w:r>
        <w:rPr>
          <w:b/>
        </w:rPr>
        <w:t xml:space="preserve">Sauvegarde active : </w:t>
      </w:r>
      <w:r>
        <w:t>Oui</w:t>
      </w:r>
    </w:p>
    <w:p>
      <w:r>
        <w:rPr>
          <w:b/>
        </w:rPr>
        <w:t xml:space="preserve">Fréquence de sauvegarde : </w:t>
      </w:r>
      <w:r>
        <w:t>Quotidienne</w:t>
      </w:r>
    </w:p>
    <w:p>
      <w:r>
        <w:rPr>
          <w:b/>
        </w:rPr>
        <w:t xml:space="preserve">Surveillance active : </w:t>
      </w:r>
      <w:r>
        <w:t>Oui (UptimeRobot)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