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b/>
          <w:color w:val="1F4E79"/>
          <w:sz w:val="32"/>
        </w:rPr>
        <w:t>BY PLUS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color w:val="1F4E79"/>
          <w:sz w:val="32"/>
        </w:rPr>
        <w:t>I</w:t>
      </w:r>
      <w:r>
        <w:rPr>
          <w:b/>
          <w:color w:val="1F4E79"/>
          <w:sz w:val="32"/>
        </w:rPr>
        <w:t>nstallation</w:t>
      </w:r>
    </w:p>
    <w:p>
      <w:pPr>
        <w:pStyle w:val="Normal"/>
        <w:rPr/>
      </w:pPr>
      <w:r>
        <w:rPr/>
        <w:t>Cloner le projet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6AAB73"/>
          <w:sz w:val="20"/>
        </w:rPr>
        <w:t>cp .env.example .env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6AAB73"/>
          <w:sz w:val="20"/>
        </w:rPr>
        <w:t xml:space="preserve">composer install  </w:t>
        <w:br/>
        <w:t>php artisan passport:keys</w:t>
        <w:b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Configurer les urls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6AAB73"/>
          <w:sz w:val="20"/>
        </w:rPr>
        <w:t>APP_URL=https://test-by-api.intranet-netbyus.com</w:t>
        <w:br/>
        <w:t>API_URL=https://test-by-api.intranet-netbyus.com</w:t>
        <w:br/>
        <w:t>BACK_URL=https://test-by-front.intranet-netbyus.com</w:t>
        <w:br/>
        <w:t>BACK_CUSTOMER_URL=https://test-by-customer.intranet-netbyus.com</w:t>
        <w:br/>
      </w:r>
    </w:p>
    <w:p>
      <w:pPr>
        <w:pStyle w:val="Normal"/>
        <w:rPr/>
      </w:pPr>
      <w:r>
        <w:rPr/>
        <w:t xml:space="preserve">Configurer la base 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6AAB73"/>
          <w:sz w:val="20"/>
        </w:rPr>
        <w:t>DB_CONNECTION=pgsql</w:t>
        <w:br/>
        <w:t>DB_HOST=127.0.0.1</w:t>
        <w:br/>
        <w:t>DB_PORT=5432</w:t>
        <w:br/>
        <w:t>DB_DATABASE=coreDB</w:t>
        <w:br/>
        <w:t>DB_USERNAME=root</w:t>
        <w:br/>
        <w:t>DB_PASSWORD=root</w:t>
      </w:r>
    </w:p>
    <w:p>
      <w:pPr>
        <w:pStyle w:val="Normal"/>
        <w:rPr/>
      </w:pPr>
      <w:r>
        <w:rPr/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6AAB73"/>
          <w:sz w:val="20"/>
        </w:rPr>
        <w:t xml:space="preserve"> </w:t>
      </w:r>
      <w:r>
        <w:rPr>
          <w:rFonts w:ascii="JetBrains Mono" w:hAnsi="JetBrains Mono"/>
          <w:b w:val="false"/>
          <w:i w:val="false"/>
          <w:color w:val="6AAB73"/>
          <w:sz w:val="20"/>
        </w:rPr>
        <w:t>php artisan migrate</w:t>
        <w:br/>
        <w:t>php artisan db:seed</w:t>
        <w:br/>
        <w:t>php  artisan tenants:migrate</w:t>
        <w:br/>
        <w:t>php artisan tenants:seed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Configurer redis 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CF8E6D"/>
          <w:sz w:val="20"/>
        </w:rPr>
      </w:pPr>
      <w:r>
        <w:rPr>
          <w:color w:val="BCBEC4"/>
          <w:sz w:val="20"/>
        </w:rPr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sudo apt install redis-server</w:t>
      </w:r>
    </w:p>
    <w:p>
      <w:pPr>
        <w:pStyle w:val="Normal"/>
        <w:rPr/>
      </w:pPr>
      <w:r>
        <w:rPr/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CF8E6D"/>
          <w:sz w:val="20"/>
        </w:rPr>
        <w:t>BROADCAST_CONNECTION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redis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FILESYSTEM_DISK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local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QUEUE_CONNECTION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redis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REDIS_QUEUE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byPlus_queue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/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CF8E6D"/>
          <w:sz w:val="20"/>
        </w:rPr>
        <w:t>REDIS_CLIENT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predis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REDIS_HOST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127.0.0.1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REDIS_PASSWORD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null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REDIS_PORT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6379</w:t>
      </w:r>
    </w:p>
    <w:p>
      <w:pPr>
        <w:pStyle w:val="Normal"/>
        <w:rPr/>
      </w:pPr>
      <w:r>
        <w:rPr/>
        <w:t xml:space="preserve">Configurer les clés de notifications 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6AAB73"/>
          <w:sz w:val="20"/>
        </w:rPr>
        <w:t xml:space="preserve"> </w:t>
      </w:r>
      <w:r>
        <w:rPr>
          <w:rFonts w:ascii="JetBrains Mono" w:hAnsi="JetBrains Mono"/>
          <w:b w:val="false"/>
          <w:i w:val="false"/>
          <w:color w:val="6AAB73"/>
          <w:sz w:val="20"/>
        </w:rPr>
        <w:br/>
        <w:t xml:space="preserve">php artisan </w:t>
      </w:r>
      <w:r>
        <w:rPr>
          <w:rFonts w:ascii="JetBrains Mono" w:hAnsi="JetBrains Mono"/>
          <w:b w:val="false"/>
          <w:i w:val="false"/>
          <w:color w:val="6AAB73"/>
          <w:sz w:val="20"/>
        </w:rPr>
        <w:t>tinker</w:t>
      </w:r>
      <w:r>
        <w:rPr>
          <w:rFonts w:ascii="JetBrains Mono" w:hAnsi="JetBrains Mono"/>
          <w:b w:val="false"/>
          <w:i w:val="false"/>
          <w:color w:val="6AAB73"/>
          <w:sz w:val="20"/>
        </w:rPr>
        <w:br/>
      </w:r>
      <w:r>
        <w:rPr>
          <w:rFonts w:ascii="JetBrains Mono" w:hAnsi="JetBrains Mono"/>
          <w:b w:val="false"/>
          <w:i w:val="false"/>
          <w:color w:val="7A7E85"/>
          <w:sz w:val="20"/>
        </w:rPr>
        <w:t>Minishlink\WebPush\VAPID::createVapidKeys()</w:t>
      </w:r>
    </w:p>
    <w:p>
      <w:pPr>
        <w:pStyle w:val="Normal"/>
        <w:rPr/>
      </w:pPr>
      <w:r>
        <w:rPr/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CF8E6D"/>
          <w:sz w:val="20"/>
        </w:rPr>
        <w:t>VAPID_PUBLIC_KEY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BCbqN5WmSeFL__ciEGlUSETm8OduANohB1hrSQsOCdqosL-wPwX_yeoQBjkyIiF52L0hKW-6bsTXNjVq34aZ1Pw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VAPID_PRIVATE_KEY</w:t>
      </w:r>
      <w:r>
        <w:rPr>
          <w:rFonts w:ascii="JetBrains Mono" w:hAnsi="JetBrains Mono"/>
          <w:b w:val="false"/>
          <w:i w:val="false"/>
          <w:color w:val="BCBEC4"/>
          <w:sz w:val="20"/>
        </w:rPr>
        <w:t>=</w:t>
      </w:r>
      <w:r>
        <w:rPr>
          <w:rFonts w:ascii="JetBrains Mono" w:hAnsi="JetBrains Mono"/>
          <w:b w:val="false"/>
          <w:i w:val="false"/>
          <w:color w:val="6AAB73"/>
          <w:sz w:val="20"/>
        </w:rPr>
        <w:t>9bOnafs7kJFvW1sVtkno1Pzv6-tE5FTa2VobQwXF3fU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Configurer les crons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6AAB73"/>
          <w:sz w:val="20"/>
        </w:rPr>
        <w:t xml:space="preserve">crontab -e </w:t>
        <w:br/>
        <w:t>* * * * * php /chemin du projet/artisan schedule:run &gt;&gt; /dev/null 2&gt;&amp;1</w:t>
        <w:br/>
      </w:r>
    </w:p>
    <w:p>
      <w:pPr>
        <w:pStyle w:val="Normal"/>
        <w:rPr/>
      </w:pPr>
      <w:r>
        <w:rPr/>
        <w:t xml:space="preserve">Configurer supervisor 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Fonts w:ascii="JetBrains Mono" w:hAnsi="JetBrains Mono"/>
          <w:b w:val="false"/>
          <w:i w:val="false"/>
          <w:color w:val="6AAB73"/>
          <w:sz w:val="20"/>
        </w:rPr>
        <w:t>sudo apt-get install supervisor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CF8E6D"/>
          <w:sz w:val="20"/>
        </w:rPr>
      </w:pPr>
      <w:r>
        <w:rPr>
          <w:color w:val="BCBEC4"/>
          <w:sz w:val="20"/>
        </w:rPr>
        <w:br/>
      </w:r>
      <w:r>
        <w:rPr>
          <w:rFonts w:ascii="JetBrains Mono" w:hAnsi="JetBrains Mono"/>
          <w:b w:val="false"/>
          <w:i w:val="false"/>
          <w:color w:val="BCBEC4"/>
          <w:sz w:val="20"/>
        </w:rPr>
        <w:t>Les fichiers de configuration du superviseur sont généralement stockés dans le /etc/supervisor/conf.d répertoire de votre serveur .</w:t>
        <w:br/>
        <w:t>Dans ce répertoire, vous pouvez créer n'importe quel nombre de fichiers de configuration qui indiquent au superviseur comment surveiller vos processus.</w:t>
        <w:br/>
        <w:t>Par exemple, créons un fichier byPlus.conf  qui démarre et surveille un horizon processus :</w:t>
        <w:br/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```</w:t>
        <w:br/>
      </w:r>
      <w:r>
        <w:rPr>
          <w:rFonts w:ascii="JetBrains Mono" w:hAnsi="JetBrains Mono"/>
          <w:b w:val="false"/>
          <w:i w:val="false"/>
          <w:color w:val="6AAB73"/>
          <w:sz w:val="20"/>
        </w:rPr>
        <w:t>[program:byPlus]</w:t>
        <w:br/>
        <w:t>process_name=%(program_name)s_%(process_num)02d</w:t>
        <w:br/>
        <w:t>command=php /chemin_du_projet/artisan horizon</w:t>
        <w:br/>
        <w:t>autostart=true</w:t>
        <w:br/>
        <w:t>autorestart=true</w:t>
        <w:br/>
        <w:t>;user=forge</w:t>
        <w:br/>
        <w:t>numprocs=8</w:t>
        <w:br/>
        <w:t>redirect_stderr=true</w:t>
        <w:br/>
        <w:t>stdout_logfile=/chemin_du_projet/horizon.log</w:t>
        <w:br/>
        <w:t>stopwaitsecs=3600000</w:t>
        <w:br/>
        <w:t>startsecs = 0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```</w:t>
        <w:br/>
      </w:r>
      <w:r>
        <w:rPr>
          <w:rFonts w:ascii="JetBrains Mono" w:hAnsi="JetBrains Mono"/>
          <w:b w:val="false"/>
          <w:i w:val="false"/>
          <w:color w:val="BCBEC4"/>
          <w:sz w:val="20"/>
        </w:rPr>
        <w:t>Démarrer le processus</w:t>
        <w:br/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```</w:t>
        <w:br/>
      </w:r>
      <w:r>
        <w:rPr>
          <w:rFonts w:ascii="JetBrains Mono" w:hAnsi="JetBrains Mono"/>
          <w:b w:val="false"/>
          <w:i w:val="false"/>
          <w:color w:val="6AAB73"/>
          <w:sz w:val="20"/>
        </w:rPr>
        <w:t>sudo supervisorctl reread</w:t>
        <w:br/>
        <w:t>sudo supervisorctl update</w:t>
        <w:br/>
        <w:t>sudo supervisorctl start byPlus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```</w:t>
        <w:br/>
        <w:br/>
      </w:r>
      <w:r>
        <w:rPr>
          <w:rFonts w:ascii="JetBrains Mono" w:hAnsi="JetBrains Mono"/>
          <w:b w:val="false"/>
          <w:i w:val="false"/>
          <w:color w:val="BCBEC4"/>
          <w:sz w:val="20"/>
        </w:rPr>
        <w:t>Vous pouvez superviser via la route horizon en mettent dans le .env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```</w:t>
        <w:br/>
      </w:r>
      <w:r>
        <w:rPr>
          <w:rFonts w:ascii="JetBrains Mono" w:hAnsi="JetBrains Mono"/>
          <w:b w:val="false"/>
          <w:i w:val="false"/>
          <w:color w:val="6AAB73"/>
          <w:sz w:val="20"/>
        </w:rPr>
        <w:t>HORIZON_VIEW=true</w:t>
        <w:br/>
      </w:r>
      <w:r>
        <w:rPr>
          <w:rFonts w:ascii="JetBrains Mono" w:hAnsi="JetBrains Mono"/>
          <w:b w:val="false"/>
          <w:i w:val="false"/>
          <w:color w:val="CF8E6D"/>
          <w:sz w:val="20"/>
        </w:rPr>
        <w:t>```</w:t>
      </w:r>
    </w:p>
    <w:p>
      <w:pPr>
        <w:pStyle w:val="Normal"/>
        <w:rPr>
          <w:rFonts w:ascii="JetBrains Mono" w:hAnsi="JetBrains Mono"/>
          <w:b w:val="false"/>
          <w:i w:val="false"/>
          <w:i w:val="false"/>
          <w:color w:val="CF8E6D"/>
          <w:sz w:val="20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Configuration du socket </w:t>
      </w:r>
    </w:p>
    <w:p>
      <w:pPr>
        <w:pStyle w:val="Normal"/>
        <w:rPr/>
      </w:pPr>
      <w:r>
        <w:rPr/>
        <w:t>Creer un fichier socket.json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BCBEC4"/>
          <w:sz w:val="20"/>
        </w:rPr>
      </w:pPr>
      <w:r>
        <w:rPr>
          <w:rFonts w:ascii="JetBrains Mono" w:hAnsi="JetBrains Mono"/>
          <w:b w:val="false"/>
          <w:i w:val="false"/>
          <w:color w:val="BCBEC4"/>
          <w:sz w:val="20"/>
        </w:rPr>
        <w:t>{</w:t>
        <w:br/>
        <w:t xml:space="preserve">    </w:t>
      </w:r>
      <w:r>
        <w:rPr>
          <w:rFonts w:ascii="JetBrains Mono" w:hAnsi="JetBrains Mono"/>
          <w:b w:val="false"/>
          <w:i w:val="false"/>
          <w:color w:val="C77DBB"/>
          <w:sz w:val="20"/>
        </w:rPr>
        <w:t>"name"</w:t>
      </w:r>
      <w:r>
        <w:rPr>
          <w:rFonts w:ascii="JetBrains Mono" w:hAnsi="JetBrains Mono"/>
          <w:b w:val="false"/>
          <w:i w:val="false"/>
          <w:color w:val="BCBEC4"/>
          <w:sz w:val="20"/>
        </w:rPr>
        <w:t xml:space="preserve">: </w:t>
      </w:r>
      <w:r>
        <w:rPr>
          <w:rFonts w:ascii="JetBrains Mono" w:hAnsi="JetBrains Mono"/>
          <w:b w:val="false"/>
          <w:i w:val="false"/>
          <w:color w:val="6AAB73"/>
          <w:sz w:val="20"/>
        </w:rPr>
        <w:t>"By Plus Socket"</w:t>
      </w:r>
      <w:r>
        <w:rPr>
          <w:rFonts w:ascii="JetBrains Mono" w:hAnsi="JetBrains Mono"/>
          <w:b w:val="false"/>
          <w:i w:val="false"/>
          <w:color w:val="BCBEC4"/>
          <w:sz w:val="20"/>
        </w:rPr>
        <w:t>,</w:t>
        <w:br/>
        <w:t xml:space="preserve">    </w:t>
      </w:r>
      <w:r>
        <w:rPr>
          <w:rFonts w:ascii="JetBrains Mono" w:hAnsi="JetBrains Mono"/>
          <w:b w:val="false"/>
          <w:i w:val="false"/>
          <w:color w:val="C77DBB"/>
          <w:sz w:val="20"/>
        </w:rPr>
        <w:t>"script"</w:t>
      </w:r>
      <w:r>
        <w:rPr>
          <w:rFonts w:ascii="JetBrains Mono" w:hAnsi="JetBrains Mono"/>
          <w:b w:val="false"/>
          <w:i w:val="false"/>
          <w:color w:val="BCBEC4"/>
          <w:sz w:val="20"/>
        </w:rPr>
        <w:t xml:space="preserve">: </w:t>
      </w:r>
      <w:r>
        <w:rPr>
          <w:rFonts w:ascii="JetBrains Mono" w:hAnsi="JetBrains Mono"/>
          <w:b w:val="false"/>
          <w:i w:val="false"/>
          <w:color w:val="6AAB73"/>
          <w:sz w:val="20"/>
        </w:rPr>
        <w:t>"laravel-echo-server"</w:t>
      </w:r>
      <w:r>
        <w:rPr>
          <w:rFonts w:ascii="JetBrains Mono" w:hAnsi="JetBrains Mono"/>
          <w:b w:val="false"/>
          <w:i w:val="false"/>
          <w:color w:val="BCBEC4"/>
          <w:sz w:val="20"/>
        </w:rPr>
        <w:t>,</w:t>
        <w:br/>
        <w:t xml:space="preserve">    </w:t>
      </w:r>
      <w:r>
        <w:rPr>
          <w:rFonts w:ascii="JetBrains Mono" w:hAnsi="JetBrains Mono"/>
          <w:b w:val="false"/>
          <w:i w:val="false"/>
          <w:color w:val="C77DBB"/>
          <w:sz w:val="20"/>
        </w:rPr>
        <w:t>"args"</w:t>
      </w:r>
      <w:r>
        <w:rPr>
          <w:rFonts w:ascii="JetBrains Mono" w:hAnsi="JetBrains Mono"/>
          <w:b w:val="false"/>
          <w:i w:val="false"/>
          <w:color w:val="BCBEC4"/>
          <w:sz w:val="20"/>
        </w:rPr>
        <w:t xml:space="preserve">: </w:t>
      </w:r>
      <w:r>
        <w:rPr>
          <w:rFonts w:ascii="JetBrains Mono" w:hAnsi="JetBrains Mono"/>
          <w:b w:val="false"/>
          <w:i w:val="false"/>
          <w:color w:val="6AAB73"/>
          <w:sz w:val="20"/>
        </w:rPr>
        <w:t>"start"</w:t>
        <w:br/>
      </w:r>
      <w:r>
        <w:rPr>
          <w:rFonts w:ascii="JetBrains Mono" w:hAnsi="JetBrains Mono"/>
          <w:b w:val="false"/>
          <w:i w:val="false"/>
          <w:color w:val="BCBEC4"/>
          <w:sz w:val="20"/>
        </w:rPr>
        <w:t>}</w:t>
      </w:r>
    </w:p>
    <w:p>
      <w:pPr>
        <w:pStyle w:val="Normal"/>
        <w:rPr/>
      </w:pPr>
      <w:r>
        <w:rPr/>
        <w:t xml:space="preserve">Installer PM2 </w:t>
      </w:r>
    </w:p>
    <w:p>
      <w:pPr>
        <w:pStyle w:val="Normal"/>
        <w:pBdr/>
        <w:shd w:fill="1E1F22"/>
        <w:rPr>
          <w:rFonts w:ascii="JetBrains Mono" w:hAnsi="JetBrains Mono"/>
          <w:b w:val="false"/>
          <w:i w:val="false"/>
          <w:i w:val="false"/>
          <w:color w:val="6AAB73"/>
          <w:sz w:val="20"/>
        </w:rPr>
      </w:pPr>
      <w:r>
        <w:rPr>
          <w:rStyle w:val="Textesource"/>
          <w:rFonts w:ascii="JetBrains Mono" w:hAnsi="JetBrains Mono"/>
          <w:b w:val="false"/>
          <w:i w:val="false"/>
          <w:caps w:val="false"/>
          <w:smallCaps w:val="false"/>
          <w:color w:val="6AAB73"/>
          <w:spacing w:val="0"/>
          <w:sz w:val="20"/>
        </w:rPr>
        <w:t>npm i</w:t>
      </w:r>
      <w:r>
        <w:rPr>
          <w:rFonts w:ascii="JetBrains Mono" w:hAnsi="JetBrains Mono"/>
          <w:b w:val="false"/>
          <w:i w:val="false"/>
          <w:color w:val="6AAB73"/>
          <w:sz w:val="20"/>
        </w:rPr>
        <w:br/>
        <w:t>laravel-echo-server init</w:t>
        <w:br/>
        <w:t>sudo npm install pm2 -g</w:t>
        <w:br/>
        <w:t>pm2 start socket.json</w:t>
      </w:r>
    </w:p>
    <w:p>
      <w:pPr>
        <w:pStyle w:val="BodyText"/>
        <w:rPr/>
      </w:pPr>
      <w:r>
        <w:rPr/>
        <w:br/>
      </w:r>
      <w:r>
        <w:rPr>
          <w:b/>
          <w:bCs/>
        </w:rPr>
        <w:t>Configurer apache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sudo a2enmod proxy</w:t>
      </w:r>
    </w:p>
    <w:p>
      <w:pPr>
        <w:pStyle w:val="BodyText"/>
        <w:rPr/>
      </w:pPr>
      <w:r>
        <w:rPr/>
        <w:t>sudo a2enmod proxy_http</w:t>
      </w:r>
    </w:p>
    <w:p>
      <w:pPr>
        <w:pStyle w:val="BodyText"/>
        <w:rPr/>
      </w:pPr>
      <w:r>
        <w:rPr/>
        <w:t>sudo a2enmod proxy_wstunnel</w:t>
      </w:r>
    </w:p>
    <w:p>
      <w:pPr>
        <w:pStyle w:val="BodyText"/>
        <w:rPr/>
      </w:pPr>
      <w:r>
        <w:rPr/>
        <w:t>sudo a2enmod rewrite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RewriteEngine On</w:t>
      </w:r>
    </w:p>
    <w:p>
      <w:pPr>
        <w:pStyle w:val="BodyText"/>
        <w:rPr/>
      </w:pPr>
      <w:r>
        <w:rPr/>
        <w:t>RewriteCond %{REQUEST_URI}  ^/socket.io            [NC]</w:t>
      </w:r>
    </w:p>
    <w:p>
      <w:pPr>
        <w:pStyle w:val="BodyText"/>
        <w:rPr/>
      </w:pPr>
      <w:r>
        <w:rPr/>
        <w:t>RewriteCond %{QUERY_STRING} transport=websocket    [NC]</w:t>
      </w:r>
    </w:p>
    <w:p>
      <w:pPr>
        <w:pStyle w:val="BodyText"/>
        <w:rPr/>
      </w:pPr>
      <w:r>
        <w:rPr/>
        <w:t>RewriteRule /(.*)           ws://localhost:6001/$1 [P,L]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ProxyPass        /socket.io http://localhost:6001/socket.io</w:t>
      </w:r>
    </w:p>
    <w:p>
      <w:pPr>
        <w:pStyle w:val="BodyText"/>
        <w:rPr/>
      </w:pPr>
      <w:r>
        <w:rPr/>
        <w:t>ProxyPassReverse /socket.io http://localhost:6001/socket.io</w:t>
      </w:r>
    </w:p>
    <w:p>
      <w:pPr>
        <w:pStyle w:val="Normal"/>
        <w:rPr/>
      </w:pPr>
      <w:r>
        <w:rPr/>
      </w:r>
    </w:p>
    <w:p>
      <w:pPr>
        <w:pStyle w:val="Normal"/>
        <w:spacing w:before="0" w:after="200"/>
        <w:jc w:val="center"/>
        <w:rPr>
          <w:b/>
          <w:color w:val="1F4E79"/>
          <w:sz w:val="32"/>
        </w:rPr>
      </w:pPr>
      <w:r>
        <w:rPr/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Mono">
    <w:altName w:val="Courier New"/>
    <w:charset w:val="01"/>
    <w:family w:val="modern"/>
    <w:pitch w:val="fixed"/>
  </w:font>
  <w:font w:name="Liberation Sans">
    <w:altName w:val="Arial"/>
    <w:charset w:val="01"/>
    <w:family w:val="swiss"/>
    <w:pitch w:val="variable"/>
  </w:font>
  <w:font w:name="JetBrains Mono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Textesource">
    <w:name w:val="Texte source"/>
    <w:qFormat/>
    <w:rPr>
      <w:rFonts w:ascii="Liberation Mono" w:hAnsi="Liberation Mono" w:eastAsia="Liberation Mono" w:cs="Liberation Mono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itre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LibreOffice/24.2.7.2$Linux_X86_64 LibreOffice_project/420$Build-2</Application>
  <AppVersion>15.0000</AppVersion>
  <Pages>4</Pages>
  <Words>255</Words>
  <Characters>2407</Characters>
  <CharactersWithSpaces>2691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fr-FR</dc:language>
  <cp:lastModifiedBy/>
  <dcterms:modified xsi:type="dcterms:W3CDTF">2025-04-17T16:42:53Z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