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7E3AE" w14:textId="7F96EFD3" w:rsidR="00493FB3" w:rsidRPr="009972CF" w:rsidRDefault="00CD37D9" w:rsidP="00C370C6">
      <w:pPr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  <w:lang w:val="fr-FR"/>
        </w:rPr>
      </w:pPr>
      <w:r w:rsidRPr="009972CF">
        <w:rPr>
          <w:rFonts w:ascii="Times New Roman" w:hAnsi="Times New Roman" w:cs="Times New Roman"/>
          <w:b/>
          <w:bCs/>
          <w:sz w:val="32"/>
          <w:szCs w:val="32"/>
          <w:u w:val="single"/>
          <w:lang w:val="fr-FR"/>
        </w:rPr>
        <w:t>DECHARGE</w:t>
      </w:r>
    </w:p>
    <w:p w14:paraId="746C5ACE" w14:textId="27037ACB" w:rsidR="007C2862" w:rsidRPr="009972CF" w:rsidRDefault="00C370C6" w:rsidP="00FF1DE2">
      <w:pPr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fr-FR"/>
        </w:rPr>
      </w:pPr>
      <w:r w:rsidRPr="00C370C6">
        <w:rPr>
          <w:rFonts w:ascii="Times New Roman" w:hAnsi="Times New Roman" w:cs="Times New Roman"/>
          <w:sz w:val="32"/>
          <w:szCs w:val="32"/>
          <w:lang w:val="fr-FR"/>
        </w:rPr>
        <w:t xml:space="preserve">Je soussigné AFANOUGBO Laurel E.M. demeurant à </w:t>
      </w:r>
      <w:proofErr w:type="spellStart"/>
      <w:r w:rsidRPr="00C370C6">
        <w:rPr>
          <w:rFonts w:ascii="Times New Roman" w:hAnsi="Times New Roman" w:cs="Times New Roman"/>
          <w:sz w:val="32"/>
          <w:szCs w:val="32"/>
          <w:lang w:val="fr-FR"/>
        </w:rPr>
        <w:t>Midombo</w:t>
      </w:r>
      <w:proofErr w:type="spellEnd"/>
      <w:r w:rsidRPr="00C370C6">
        <w:rPr>
          <w:rFonts w:ascii="Times New Roman" w:hAnsi="Times New Roman" w:cs="Times New Roman"/>
          <w:sz w:val="32"/>
          <w:szCs w:val="32"/>
          <w:lang w:val="fr-FR"/>
        </w:rPr>
        <w:t>, Cotonou-</w:t>
      </w:r>
      <w:r w:rsidRPr="00C370C6">
        <w:rPr>
          <w:rFonts w:ascii="Times New Roman" w:hAnsi="Times New Roman" w:cs="Times New Roman"/>
          <w:sz w:val="32"/>
          <w:szCs w:val="32"/>
          <w:lang w:val="fr-FR"/>
        </w:rPr>
        <w:t>Bénin,</w:t>
      </w:r>
      <w:r>
        <w:rPr>
          <w:rFonts w:ascii="Times New Roman" w:hAnsi="Times New Roman" w:cs="Times New Roman"/>
          <w:sz w:val="32"/>
          <w:szCs w:val="32"/>
          <w:lang w:val="fr-FR"/>
        </w:rPr>
        <w:t xml:space="preserve"> représentant le promoteur de l’artiste </w:t>
      </w:r>
      <w:r w:rsidR="00FF1DE2">
        <w:rPr>
          <w:rFonts w:ascii="Times New Roman" w:hAnsi="Times New Roman" w:cs="Times New Roman"/>
          <w:sz w:val="32"/>
          <w:szCs w:val="32"/>
          <w:lang w:val="fr-FR"/>
        </w:rPr>
        <w:t xml:space="preserve">TAKOUMI, </w:t>
      </w:r>
      <w:r w:rsidR="00FF1DE2" w:rsidRPr="00C370C6">
        <w:rPr>
          <w:rFonts w:ascii="Times New Roman" w:hAnsi="Times New Roman" w:cs="Times New Roman"/>
          <w:sz w:val="32"/>
          <w:szCs w:val="32"/>
          <w:lang w:val="fr-FR"/>
        </w:rPr>
        <w:t>reconnais</w:t>
      </w:r>
      <w:r w:rsidRPr="00C370C6">
        <w:rPr>
          <w:rFonts w:ascii="Times New Roman" w:hAnsi="Times New Roman" w:cs="Times New Roman"/>
          <w:sz w:val="32"/>
          <w:szCs w:val="32"/>
          <w:lang w:val="fr-FR"/>
        </w:rPr>
        <w:t xml:space="preserve"> avoir reçu ce jour la somme de </w:t>
      </w:r>
      <w:r>
        <w:rPr>
          <w:rFonts w:ascii="Times New Roman" w:hAnsi="Times New Roman" w:cs="Times New Roman"/>
          <w:sz w:val="32"/>
          <w:szCs w:val="32"/>
          <w:lang w:val="fr-FR"/>
        </w:rPr>
        <w:t xml:space="preserve">deux cent </w:t>
      </w:r>
      <w:r w:rsidRPr="00C370C6">
        <w:rPr>
          <w:rFonts w:ascii="Times New Roman" w:hAnsi="Times New Roman" w:cs="Times New Roman"/>
          <w:sz w:val="32"/>
          <w:szCs w:val="32"/>
          <w:lang w:val="fr-FR"/>
        </w:rPr>
        <w:t>cinq</w:t>
      </w:r>
      <w:r w:rsidR="00FF1DE2">
        <w:rPr>
          <w:rFonts w:ascii="Times New Roman" w:hAnsi="Times New Roman" w:cs="Times New Roman"/>
          <w:sz w:val="32"/>
          <w:szCs w:val="32"/>
          <w:lang w:val="fr-FR"/>
        </w:rPr>
        <w:t>uante</w:t>
      </w:r>
      <w:r w:rsidRPr="00C370C6">
        <w:rPr>
          <w:rFonts w:ascii="Times New Roman" w:hAnsi="Times New Roman" w:cs="Times New Roman"/>
          <w:sz w:val="32"/>
          <w:szCs w:val="32"/>
          <w:lang w:val="fr-FR"/>
        </w:rPr>
        <w:t xml:space="preserve"> mille (</w:t>
      </w:r>
      <w:r>
        <w:rPr>
          <w:rFonts w:ascii="Times New Roman" w:hAnsi="Times New Roman" w:cs="Times New Roman"/>
          <w:sz w:val="32"/>
          <w:szCs w:val="32"/>
          <w:lang w:val="fr-FR"/>
        </w:rPr>
        <w:t>2</w:t>
      </w:r>
      <w:r w:rsidRPr="00C370C6">
        <w:rPr>
          <w:rFonts w:ascii="Times New Roman" w:hAnsi="Times New Roman" w:cs="Times New Roman"/>
          <w:b/>
          <w:bCs/>
          <w:sz w:val="32"/>
          <w:szCs w:val="32"/>
          <w:lang w:val="fr-FR"/>
        </w:rPr>
        <w:t>50.000</w:t>
      </w:r>
      <w:r w:rsidRPr="00C370C6">
        <w:rPr>
          <w:rFonts w:ascii="Times New Roman" w:hAnsi="Times New Roman" w:cs="Times New Roman"/>
          <w:sz w:val="32"/>
          <w:szCs w:val="32"/>
          <w:lang w:val="fr-FR"/>
        </w:rPr>
        <w:t xml:space="preserve">) francs CFA des mains de </w:t>
      </w:r>
      <w:r>
        <w:rPr>
          <w:rFonts w:ascii="Times New Roman" w:hAnsi="Times New Roman" w:cs="Times New Roman"/>
          <w:sz w:val="32"/>
          <w:szCs w:val="32"/>
          <w:lang w:val="fr-FR"/>
        </w:rPr>
        <w:t xml:space="preserve">Aldonie </w:t>
      </w:r>
      <w:r w:rsidR="00FF1DE2">
        <w:rPr>
          <w:rFonts w:ascii="Times New Roman" w:hAnsi="Times New Roman" w:cs="Times New Roman"/>
          <w:sz w:val="32"/>
          <w:szCs w:val="32"/>
          <w:lang w:val="fr-FR"/>
        </w:rPr>
        <w:t>HOUNKONNOU,</w:t>
      </w:r>
      <w:r w:rsidRPr="00C370C6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  <w:r w:rsidRPr="00C370C6">
        <w:rPr>
          <w:rFonts w:ascii="Times New Roman" w:hAnsi="Times New Roman" w:cs="Times New Roman"/>
          <w:sz w:val="32"/>
          <w:szCs w:val="32"/>
          <w:lang w:val="fr-FR"/>
        </w:rPr>
        <w:t>Re</w:t>
      </w:r>
      <w:r>
        <w:rPr>
          <w:rFonts w:ascii="Times New Roman" w:hAnsi="Times New Roman" w:cs="Times New Roman"/>
          <w:sz w:val="32"/>
          <w:szCs w:val="32"/>
          <w:lang w:val="fr-FR"/>
        </w:rPr>
        <w:t>présentante</w:t>
      </w:r>
      <w:r w:rsidRPr="00C370C6">
        <w:rPr>
          <w:rFonts w:ascii="Times New Roman" w:hAnsi="Times New Roman" w:cs="Times New Roman"/>
          <w:sz w:val="32"/>
          <w:szCs w:val="32"/>
          <w:lang w:val="fr-FR"/>
        </w:rPr>
        <w:t xml:space="preserve"> de la marque de Spiritueux « AYOYA »,</w:t>
      </w:r>
    </w:p>
    <w:p w14:paraId="3E1E7D1A" w14:textId="5F2F131A" w:rsidR="00FF1DE2" w:rsidRPr="00FF1DE2" w:rsidRDefault="00FF1DE2" w:rsidP="00FF1DE2">
      <w:pPr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fr-FR"/>
        </w:rPr>
      </w:pPr>
      <w:r w:rsidRPr="00FF1DE2">
        <w:rPr>
          <w:rFonts w:ascii="Times New Roman" w:hAnsi="Times New Roman" w:cs="Times New Roman"/>
          <w:sz w:val="32"/>
          <w:szCs w:val="32"/>
          <w:lang w:val="fr-FR"/>
        </w:rPr>
        <w:t xml:space="preserve">Cette somme m’a été remise en espèce et constitue l’accompagnement </w:t>
      </w:r>
      <w:r w:rsidR="001668C8" w:rsidRPr="00FF1DE2">
        <w:rPr>
          <w:rFonts w:ascii="Times New Roman" w:hAnsi="Times New Roman" w:cs="Times New Roman"/>
          <w:sz w:val="32"/>
          <w:szCs w:val="32"/>
          <w:lang w:val="fr-FR"/>
        </w:rPr>
        <w:t>financier</w:t>
      </w:r>
      <w:r w:rsidRPr="00FF1DE2">
        <w:rPr>
          <w:rFonts w:ascii="Times New Roman" w:hAnsi="Times New Roman" w:cs="Times New Roman"/>
          <w:sz w:val="32"/>
          <w:szCs w:val="32"/>
          <w:lang w:val="fr-FR"/>
        </w:rPr>
        <w:t xml:space="preserve"> pour la réalisation du clip « KAKA LOVE » de l’Artiste TAKOUMI, selo</w:t>
      </w:r>
      <w:r w:rsidR="001668C8">
        <w:rPr>
          <w:rFonts w:ascii="Times New Roman" w:hAnsi="Times New Roman" w:cs="Times New Roman"/>
          <w:sz w:val="32"/>
          <w:szCs w:val="32"/>
          <w:lang w:val="fr-FR"/>
        </w:rPr>
        <w:t>n</w:t>
      </w:r>
      <w:r w:rsidRPr="00FF1DE2">
        <w:rPr>
          <w:rFonts w:ascii="Times New Roman" w:hAnsi="Times New Roman" w:cs="Times New Roman"/>
          <w:sz w:val="32"/>
          <w:szCs w:val="32"/>
          <w:lang w:val="fr-FR"/>
        </w:rPr>
        <w:t xml:space="preserve"> l’accord </w:t>
      </w:r>
      <w:r w:rsidRPr="00FF1DE2">
        <w:rPr>
          <w:rFonts w:ascii="Times New Roman" w:hAnsi="Times New Roman" w:cs="Times New Roman"/>
          <w:sz w:val="32"/>
          <w:szCs w:val="32"/>
          <w:lang w:val="fr-FR"/>
        </w:rPr>
        <w:t>conclu</w:t>
      </w:r>
      <w:r w:rsidRPr="00FF1DE2">
        <w:rPr>
          <w:rFonts w:ascii="Times New Roman" w:hAnsi="Times New Roman" w:cs="Times New Roman"/>
          <w:sz w:val="32"/>
          <w:szCs w:val="32"/>
          <w:lang w:val="fr-FR"/>
        </w:rPr>
        <w:t xml:space="preserve"> entre les parties.</w:t>
      </w:r>
    </w:p>
    <w:p w14:paraId="09440DE7" w14:textId="6E19F815" w:rsidR="007C2862" w:rsidRPr="008417E5" w:rsidRDefault="00D84BBE" w:rsidP="00FF1DE2">
      <w:pPr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fr-FR"/>
        </w:rPr>
      </w:pPr>
      <w:r w:rsidRPr="008417E5">
        <w:rPr>
          <w:rFonts w:ascii="Times New Roman" w:hAnsi="Times New Roman" w:cs="Times New Roman"/>
          <w:sz w:val="32"/>
          <w:szCs w:val="32"/>
          <w:lang w:val="fr-FR"/>
        </w:rPr>
        <w:t>En foi de quoi, la présente décharge est établie pour servir et valoir ce que de droit.</w:t>
      </w:r>
    </w:p>
    <w:p w14:paraId="12D60CCB" w14:textId="40C085E6" w:rsidR="007C2862" w:rsidRPr="000F31C5" w:rsidRDefault="00D84BBE" w:rsidP="009972CF">
      <w:pPr>
        <w:spacing w:line="360" w:lineRule="auto"/>
        <w:jc w:val="right"/>
        <w:rPr>
          <w:rFonts w:asciiTheme="majorHAnsi" w:hAnsiTheme="majorHAnsi" w:cstheme="majorHAnsi"/>
          <w:sz w:val="24"/>
          <w:szCs w:val="24"/>
          <w:lang w:val="fr-FR"/>
        </w:rPr>
      </w:pPr>
      <w:r w:rsidRPr="009972CF">
        <w:rPr>
          <w:rFonts w:ascii="Times New Roman" w:hAnsi="Times New Roman" w:cs="Times New Roman"/>
          <w:sz w:val="32"/>
          <w:szCs w:val="32"/>
          <w:lang w:val="fr-FR"/>
        </w:rPr>
        <w:br/>
        <w:t xml:space="preserve">Fait à </w:t>
      </w:r>
      <w:r w:rsidR="00CD37D9" w:rsidRPr="009972CF">
        <w:rPr>
          <w:rFonts w:ascii="Times New Roman" w:hAnsi="Times New Roman" w:cs="Times New Roman"/>
          <w:sz w:val="32"/>
          <w:szCs w:val="32"/>
          <w:lang w:val="fr-FR"/>
        </w:rPr>
        <w:t>Cotonou</w:t>
      </w:r>
      <w:r w:rsidRPr="009972CF">
        <w:rPr>
          <w:rFonts w:ascii="Times New Roman" w:hAnsi="Times New Roman" w:cs="Times New Roman"/>
          <w:sz w:val="32"/>
          <w:szCs w:val="32"/>
          <w:lang w:val="fr-FR"/>
        </w:rPr>
        <w:t xml:space="preserve">, le </w:t>
      </w:r>
      <w:r w:rsidR="00FF1DE2">
        <w:rPr>
          <w:rFonts w:ascii="Times New Roman" w:hAnsi="Times New Roman" w:cs="Times New Roman"/>
          <w:sz w:val="32"/>
          <w:szCs w:val="32"/>
          <w:lang w:val="fr-FR"/>
        </w:rPr>
        <w:t>21</w:t>
      </w:r>
      <w:r w:rsidR="00CD37D9" w:rsidRPr="009972CF">
        <w:rPr>
          <w:rFonts w:ascii="Times New Roman" w:hAnsi="Times New Roman" w:cs="Times New Roman"/>
          <w:sz w:val="32"/>
          <w:szCs w:val="32"/>
          <w:lang w:val="fr-FR"/>
        </w:rPr>
        <w:t>/</w:t>
      </w:r>
      <w:r w:rsidR="00095877">
        <w:rPr>
          <w:rFonts w:ascii="Times New Roman" w:hAnsi="Times New Roman" w:cs="Times New Roman"/>
          <w:sz w:val="32"/>
          <w:szCs w:val="32"/>
          <w:lang w:val="fr-FR"/>
        </w:rPr>
        <w:t>0</w:t>
      </w:r>
      <w:r w:rsidR="00CD37D9" w:rsidRPr="009972CF">
        <w:rPr>
          <w:rFonts w:ascii="Times New Roman" w:hAnsi="Times New Roman" w:cs="Times New Roman"/>
          <w:sz w:val="32"/>
          <w:szCs w:val="32"/>
          <w:lang w:val="fr-FR"/>
        </w:rPr>
        <w:t>1/2</w:t>
      </w:r>
      <w:r w:rsidR="008417E5">
        <w:rPr>
          <w:rFonts w:ascii="Times New Roman" w:hAnsi="Times New Roman" w:cs="Times New Roman"/>
          <w:sz w:val="32"/>
          <w:szCs w:val="32"/>
          <w:lang w:val="fr-FR"/>
        </w:rPr>
        <w:t>026</w:t>
      </w:r>
      <w:r w:rsidRPr="000F31C5">
        <w:rPr>
          <w:rFonts w:asciiTheme="majorHAnsi" w:hAnsiTheme="majorHAnsi" w:cstheme="majorHAnsi"/>
          <w:sz w:val="24"/>
          <w:szCs w:val="24"/>
          <w:lang w:val="fr-FR"/>
        </w:rPr>
        <w:br/>
      </w:r>
    </w:p>
    <w:p w14:paraId="2BFCED60" w14:textId="77777777" w:rsidR="00CD37D9" w:rsidRPr="000F31C5" w:rsidRDefault="00CD37D9" w:rsidP="00CD37D9">
      <w:pPr>
        <w:spacing w:line="360" w:lineRule="auto"/>
        <w:jc w:val="both"/>
        <w:rPr>
          <w:rFonts w:asciiTheme="majorHAnsi" w:hAnsiTheme="majorHAnsi" w:cstheme="majorHAnsi"/>
          <w:sz w:val="24"/>
          <w:szCs w:val="24"/>
          <w:lang w:val="fr-FR"/>
        </w:rPr>
      </w:pPr>
    </w:p>
    <w:p w14:paraId="38B5923A" w14:textId="71322687" w:rsidR="007C2862" w:rsidRPr="000F31C5" w:rsidRDefault="00D84BBE" w:rsidP="00CD37D9">
      <w:pPr>
        <w:spacing w:line="360" w:lineRule="auto"/>
        <w:jc w:val="both"/>
        <w:rPr>
          <w:rFonts w:asciiTheme="majorHAnsi" w:hAnsiTheme="majorHAnsi" w:cstheme="majorHAnsi"/>
          <w:sz w:val="24"/>
          <w:szCs w:val="24"/>
          <w:lang w:val="fr-FR"/>
        </w:rPr>
      </w:pPr>
      <w:r w:rsidRPr="000F31C5">
        <w:rPr>
          <w:rFonts w:asciiTheme="majorHAnsi" w:hAnsiTheme="majorHAnsi" w:cstheme="majorHAnsi"/>
          <w:sz w:val="24"/>
          <w:szCs w:val="24"/>
          <w:lang w:val="fr-FR"/>
        </w:rPr>
        <w:br/>
      </w:r>
    </w:p>
    <w:sectPr w:rsidR="007C2862" w:rsidRPr="000F31C5" w:rsidSect="00A30DE0">
      <w:pgSz w:w="12240" w:h="15840"/>
      <w:pgMar w:top="1440" w:right="175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D9AF2B" w14:textId="77777777" w:rsidR="00FD1EDF" w:rsidRDefault="00FD1EDF" w:rsidP="00493FB3">
      <w:pPr>
        <w:spacing w:after="0" w:line="240" w:lineRule="auto"/>
      </w:pPr>
      <w:r>
        <w:separator/>
      </w:r>
    </w:p>
  </w:endnote>
  <w:endnote w:type="continuationSeparator" w:id="0">
    <w:p w14:paraId="4BD5AA37" w14:textId="77777777" w:rsidR="00FD1EDF" w:rsidRDefault="00FD1EDF" w:rsidP="00493F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65CB43" w14:textId="77777777" w:rsidR="00FD1EDF" w:rsidRDefault="00FD1EDF" w:rsidP="00493FB3">
      <w:pPr>
        <w:spacing w:after="0" w:line="240" w:lineRule="auto"/>
      </w:pPr>
      <w:r>
        <w:separator/>
      </w:r>
    </w:p>
  </w:footnote>
  <w:footnote w:type="continuationSeparator" w:id="0">
    <w:p w14:paraId="6DC52251" w14:textId="77777777" w:rsidR="00FD1EDF" w:rsidRDefault="00FD1EDF" w:rsidP="00493F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60D1A80"/>
    <w:multiLevelType w:val="hybridMultilevel"/>
    <w:tmpl w:val="049AD2EA"/>
    <w:lvl w:ilvl="0" w:tplc="B08C690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3046"/>
    <w:rsid w:val="00034616"/>
    <w:rsid w:val="0003575A"/>
    <w:rsid w:val="0006063C"/>
    <w:rsid w:val="00095877"/>
    <w:rsid w:val="000A7955"/>
    <w:rsid w:val="000F1A59"/>
    <w:rsid w:val="000F31C5"/>
    <w:rsid w:val="0015074B"/>
    <w:rsid w:val="001668C8"/>
    <w:rsid w:val="00221D8A"/>
    <w:rsid w:val="0029639D"/>
    <w:rsid w:val="002B317D"/>
    <w:rsid w:val="002C0B96"/>
    <w:rsid w:val="00326F90"/>
    <w:rsid w:val="003F1284"/>
    <w:rsid w:val="00493FB3"/>
    <w:rsid w:val="0058390D"/>
    <w:rsid w:val="00587413"/>
    <w:rsid w:val="00702971"/>
    <w:rsid w:val="00776596"/>
    <w:rsid w:val="007C2862"/>
    <w:rsid w:val="0080778C"/>
    <w:rsid w:val="00824787"/>
    <w:rsid w:val="008417E5"/>
    <w:rsid w:val="008A6517"/>
    <w:rsid w:val="009972CF"/>
    <w:rsid w:val="00A15092"/>
    <w:rsid w:val="00A30DE0"/>
    <w:rsid w:val="00AA1D8D"/>
    <w:rsid w:val="00AB3815"/>
    <w:rsid w:val="00B47730"/>
    <w:rsid w:val="00C370C6"/>
    <w:rsid w:val="00CB0664"/>
    <w:rsid w:val="00CD37D9"/>
    <w:rsid w:val="00D84BBE"/>
    <w:rsid w:val="00FA3E3F"/>
    <w:rsid w:val="00FC693F"/>
    <w:rsid w:val="00FD1EDF"/>
    <w:rsid w:val="00FD725C"/>
    <w:rsid w:val="00FF1DE2"/>
    <w:rsid w:val="00FF3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435E10"/>
  <w14:defaultImageDpi w14:val="300"/>
  <w15:docId w15:val="{96E292F7-563B-4561-82FF-7E2F7AAB7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93</Words>
  <Characters>513</Characters>
  <Application>Microsoft Office Word</Application>
  <DocSecurity>0</DocSecurity>
  <Lines>4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hermanaff6@gmail.com</cp:lastModifiedBy>
  <cp:revision>4</cp:revision>
  <cp:lastPrinted>2025-11-06T17:53:00Z</cp:lastPrinted>
  <dcterms:created xsi:type="dcterms:W3CDTF">2026-01-05T15:36:00Z</dcterms:created>
  <dcterms:modified xsi:type="dcterms:W3CDTF">2026-01-21T19:11:00Z</dcterms:modified>
  <cp:category/>
</cp:coreProperties>
</file>