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CF67" w14:textId="32A8E91B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 xml:space="preserve">Fiche technique - </w:t>
      </w:r>
      <w:r w:rsidR="00DF2E00" w:rsidRPr="00DF2E00">
        <w:rPr>
          <w:b/>
          <w:color w:val="1F4E79"/>
          <w:sz w:val="32"/>
          <w:lang w:val="fr-FR"/>
        </w:rPr>
        <w:t>A</w:t>
      </w:r>
      <w:r w:rsidR="00DF2E00">
        <w:rPr>
          <w:b/>
          <w:color w:val="1F4E79"/>
          <w:sz w:val="32"/>
          <w:lang w:val="fr-FR"/>
        </w:rPr>
        <w:t>DYK</w:t>
      </w:r>
    </w:p>
    <w:p w14:paraId="166A8793" w14:textId="77777777" w:rsidR="00AF5198" w:rsidRPr="00DF2E00" w:rsidRDefault="00AF5198">
      <w:pPr>
        <w:rPr>
          <w:lang w:val="fr-FR"/>
        </w:rPr>
      </w:pPr>
    </w:p>
    <w:p w14:paraId="0FDFCE20" w14:textId="77777777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>Informations Générales</w:t>
      </w:r>
    </w:p>
    <w:p w14:paraId="17F34C30" w14:textId="23673DC3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Client : </w:t>
      </w:r>
      <w:r w:rsidR="00DF2E00">
        <w:rPr>
          <w:lang w:val="fr-FR"/>
        </w:rPr>
        <w:t>ADYK</w:t>
      </w:r>
    </w:p>
    <w:p w14:paraId="6BBE8781" w14:textId="468DB77C" w:rsidR="00AF5198" w:rsidRPr="00F6447A" w:rsidRDefault="00000000">
      <w:pPr>
        <w:rPr>
          <w:lang w:val="fr-FR"/>
        </w:rPr>
      </w:pPr>
      <w:r w:rsidRPr="00DF2E00">
        <w:rPr>
          <w:b/>
          <w:lang w:val="fr-FR"/>
        </w:rPr>
        <w:t xml:space="preserve">Domaine principal : </w:t>
      </w:r>
      <w:r w:rsidR="00F6447A" w:rsidRPr="00F6447A">
        <w:rPr>
          <w:bCs/>
          <w:lang w:val="fr-FR"/>
        </w:rPr>
        <w:t>adyk.</w:t>
      </w:r>
      <w:r w:rsidR="00AD5088">
        <w:rPr>
          <w:bCs/>
          <w:lang w:val="fr-FR"/>
        </w:rPr>
        <w:t>fr</w:t>
      </w:r>
    </w:p>
    <w:p w14:paraId="2F86CD0B" w14:textId="77777777" w:rsidR="00AE15A5" w:rsidRDefault="00000000">
      <w:pPr>
        <w:rPr>
          <w:b/>
          <w:lang w:val="fr-FR"/>
        </w:rPr>
      </w:pPr>
      <w:r w:rsidRPr="00DF2E00">
        <w:rPr>
          <w:b/>
          <w:lang w:val="fr-FR"/>
        </w:rPr>
        <w:t xml:space="preserve">Nom de domaine secondaire : </w:t>
      </w:r>
    </w:p>
    <w:p w14:paraId="1EB8B31E" w14:textId="77777777" w:rsidR="00AE15A5" w:rsidRPr="00BA2D83" w:rsidRDefault="00AE15A5" w:rsidP="00BA2D83">
      <w:pPr>
        <w:pStyle w:val="Paragraphedeliste"/>
        <w:numPr>
          <w:ilvl w:val="0"/>
          <w:numId w:val="10"/>
        </w:numPr>
        <w:rPr>
          <w:bCs/>
          <w:lang w:val="fr-FR"/>
        </w:rPr>
      </w:pPr>
      <w:r w:rsidRPr="00BA2D83">
        <w:rPr>
          <w:bCs/>
          <w:lang w:val="fr-FR"/>
        </w:rPr>
        <w:t>byplus.adyk.fr (Pour l'accès à l’application BY+)</w:t>
      </w:r>
    </w:p>
    <w:p w14:paraId="2AB29530" w14:textId="77777777" w:rsidR="00AE15A5" w:rsidRPr="00BA2D83" w:rsidRDefault="00AE15A5" w:rsidP="00BA2D83">
      <w:pPr>
        <w:pStyle w:val="Paragraphedeliste"/>
        <w:numPr>
          <w:ilvl w:val="0"/>
          <w:numId w:val="10"/>
        </w:numPr>
        <w:rPr>
          <w:bCs/>
          <w:lang w:val="fr-FR"/>
        </w:rPr>
      </w:pPr>
      <w:r w:rsidRPr="00BA2D83">
        <w:rPr>
          <w:bCs/>
          <w:lang w:val="fr-FR"/>
        </w:rPr>
        <w:t>portail.adyk.fr (Pour le portail client)</w:t>
      </w:r>
    </w:p>
    <w:p w14:paraId="0C9E2A40" w14:textId="77777777" w:rsidR="00AE15A5" w:rsidRPr="00BA2D83" w:rsidRDefault="00AE15A5" w:rsidP="00BA2D83">
      <w:pPr>
        <w:pStyle w:val="Paragraphedeliste"/>
        <w:numPr>
          <w:ilvl w:val="0"/>
          <w:numId w:val="10"/>
        </w:numPr>
        <w:rPr>
          <w:bCs/>
          <w:lang w:val="fr-FR"/>
        </w:rPr>
      </w:pPr>
      <w:r w:rsidRPr="00BA2D83">
        <w:rPr>
          <w:bCs/>
          <w:lang w:val="fr-FR"/>
        </w:rPr>
        <w:t>byplus-api.adyk.fr (Pour les APIs)</w:t>
      </w:r>
    </w:p>
    <w:p w14:paraId="24B05CDC" w14:textId="77777777" w:rsidR="00AE15A5" w:rsidRPr="00BA2D83" w:rsidRDefault="00AE15A5" w:rsidP="00BA2D83">
      <w:pPr>
        <w:pStyle w:val="Paragraphedeliste"/>
        <w:numPr>
          <w:ilvl w:val="0"/>
          <w:numId w:val="10"/>
        </w:numPr>
        <w:rPr>
          <w:bCs/>
          <w:lang w:val="fr-FR"/>
        </w:rPr>
      </w:pPr>
      <w:r w:rsidRPr="00BA2D83">
        <w:rPr>
          <w:bCs/>
          <w:lang w:val="fr-FR"/>
        </w:rPr>
        <w:t>*.byplus-api.adyk.fr (Pour les APIs)</w:t>
      </w:r>
    </w:p>
    <w:p w14:paraId="5B564B22" w14:textId="7BA6136A" w:rsidR="00AE15A5" w:rsidRPr="00BA2D83" w:rsidRDefault="00AE15A5" w:rsidP="00BA2D83">
      <w:pPr>
        <w:pStyle w:val="Paragraphedeliste"/>
        <w:numPr>
          <w:ilvl w:val="0"/>
          <w:numId w:val="10"/>
        </w:numPr>
        <w:rPr>
          <w:bCs/>
          <w:lang w:val="fr-FR"/>
        </w:rPr>
      </w:pPr>
      <w:r w:rsidRPr="00BA2D83">
        <w:rPr>
          <w:bCs/>
          <w:lang w:val="fr-FR"/>
        </w:rPr>
        <w:t xml:space="preserve">meet.adyk.fr </w:t>
      </w:r>
      <w:r w:rsidR="00196E22" w:rsidRPr="00BA2D83">
        <w:rPr>
          <w:bCs/>
          <w:lang w:val="fr-FR"/>
        </w:rPr>
        <w:t>(Pour</w:t>
      </w:r>
      <w:r w:rsidRPr="00BA2D83">
        <w:rPr>
          <w:bCs/>
          <w:lang w:val="fr-FR"/>
        </w:rPr>
        <w:t xml:space="preserve"> les </w:t>
      </w:r>
      <w:r w:rsidR="00196E22" w:rsidRPr="00BA2D83">
        <w:rPr>
          <w:bCs/>
          <w:lang w:val="fr-FR"/>
        </w:rPr>
        <w:t>conférences)</w:t>
      </w:r>
    </w:p>
    <w:p w14:paraId="3C5EED21" w14:textId="5ED02572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Contact technique client : </w:t>
      </w:r>
      <w:hyperlink r:id="rId6" w:history="1">
        <w:r w:rsidR="00BA2D83" w:rsidRPr="009304F4">
          <w:rPr>
            <w:rStyle w:val="Lienhypertexte"/>
            <w:lang w:val="fr-FR"/>
          </w:rPr>
          <w:t>romeo.mehinto@netbyus.com</w:t>
        </w:r>
      </w:hyperlink>
      <w:r w:rsidR="00BA2D83">
        <w:rPr>
          <w:lang w:val="fr-FR"/>
        </w:rPr>
        <w:t xml:space="preserve"> et </w:t>
      </w:r>
      <w:hyperlink r:id="rId7" w:history="1">
        <w:r w:rsidR="00BA2D83" w:rsidRPr="009304F4">
          <w:rPr>
            <w:rStyle w:val="Lienhypertexte"/>
            <w:lang w:val="fr-FR"/>
          </w:rPr>
          <w:t>fanta.kounou@netbyus.com</w:t>
        </w:r>
      </w:hyperlink>
      <w:r w:rsidR="00BA2D83">
        <w:rPr>
          <w:lang w:val="fr-FR"/>
        </w:rPr>
        <w:t xml:space="preserve"> </w:t>
      </w:r>
    </w:p>
    <w:p w14:paraId="20BBE1C2" w14:textId="760689C1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Nom de l’administrateur : </w:t>
      </w:r>
      <w:r w:rsidR="006F192E">
        <w:rPr>
          <w:lang w:val="fr-FR"/>
        </w:rPr>
        <w:t>Roméo MEHINTO</w:t>
      </w:r>
      <w:r w:rsidR="00BA2D83">
        <w:rPr>
          <w:lang w:val="fr-FR"/>
        </w:rPr>
        <w:t xml:space="preserve"> et Grace Fanta KOUNOU</w:t>
      </w:r>
    </w:p>
    <w:p w14:paraId="62D08FFD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Statut : </w:t>
      </w:r>
      <w:r w:rsidRPr="00DF2E00">
        <w:rPr>
          <w:lang w:val="fr-FR"/>
        </w:rPr>
        <w:t>Actif</w:t>
      </w:r>
    </w:p>
    <w:p w14:paraId="7630C5CF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Environnement : </w:t>
      </w:r>
      <w:r w:rsidRPr="00DF2E00">
        <w:rPr>
          <w:lang w:val="fr-FR"/>
        </w:rPr>
        <w:t>Production</w:t>
      </w:r>
    </w:p>
    <w:p w14:paraId="48217B6D" w14:textId="77777777" w:rsidR="00AF5198" w:rsidRPr="00DF2E00" w:rsidRDefault="00AF5198">
      <w:pPr>
        <w:rPr>
          <w:lang w:val="fr-FR"/>
        </w:rPr>
      </w:pPr>
    </w:p>
    <w:p w14:paraId="4788EDB9" w14:textId="77777777" w:rsidR="00AF5198" w:rsidRDefault="00000000">
      <w:pPr>
        <w:jc w:val="center"/>
        <w:rPr>
          <w:b/>
          <w:color w:val="1F4E79"/>
          <w:sz w:val="32"/>
          <w:lang w:val="fr-FR"/>
        </w:rPr>
      </w:pPr>
      <w:r w:rsidRPr="00DF2E00">
        <w:rPr>
          <w:b/>
          <w:color w:val="1F4E79"/>
          <w:sz w:val="32"/>
          <w:lang w:val="fr-FR"/>
        </w:rPr>
        <w:t>Infrastructure Serveur</w:t>
      </w:r>
    </w:p>
    <w:p w14:paraId="678EFF53" w14:textId="3CFF9101" w:rsidR="00342C32" w:rsidRDefault="00342C32">
      <w:pPr>
        <w:jc w:val="center"/>
        <w:rPr>
          <w:b/>
          <w:color w:val="1F4E79"/>
          <w:sz w:val="32"/>
          <w:lang w:val="fr-FR"/>
        </w:rPr>
      </w:pPr>
      <w:r>
        <w:rPr>
          <w:b/>
          <w:color w:val="1F4E79"/>
          <w:sz w:val="32"/>
          <w:lang w:val="fr-FR"/>
        </w:rPr>
        <w:t>Serveur Application</w:t>
      </w:r>
    </w:p>
    <w:p w14:paraId="52F076A2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Type d’hébergement : </w:t>
      </w:r>
      <w:r w:rsidRPr="00DF2E00">
        <w:rPr>
          <w:lang w:val="fr-FR"/>
        </w:rPr>
        <w:t>VPS</w:t>
      </w:r>
    </w:p>
    <w:p w14:paraId="6E0406EE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Serveur : </w:t>
      </w:r>
      <w:r w:rsidRPr="00DF2E00">
        <w:rPr>
          <w:lang w:val="fr-FR"/>
        </w:rPr>
        <w:t>OVH VPS</w:t>
      </w:r>
    </w:p>
    <w:p w14:paraId="2B8ACFC0" w14:textId="604845A3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IP Serveur : </w:t>
      </w:r>
      <w:r w:rsidR="008C02F5" w:rsidRPr="008C02F5">
        <w:rPr>
          <w:lang w:val="fr-FR"/>
        </w:rPr>
        <w:t>51.255.87.54</w:t>
      </w:r>
    </w:p>
    <w:p w14:paraId="0750B2D3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OS Serveur : </w:t>
      </w:r>
      <w:r w:rsidRPr="00DF2E00">
        <w:rPr>
          <w:lang w:val="fr-FR"/>
        </w:rPr>
        <w:t>Ubuntu 22.04</w:t>
      </w:r>
    </w:p>
    <w:p w14:paraId="3DE8F35D" w14:textId="69BF5FCB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Configuration serveur : </w:t>
      </w:r>
      <w:r w:rsidR="004E6F28">
        <w:rPr>
          <w:lang w:val="fr-FR"/>
        </w:rPr>
        <w:t>8</w:t>
      </w:r>
      <w:r w:rsidRPr="00DF2E00">
        <w:rPr>
          <w:lang w:val="fr-FR"/>
        </w:rPr>
        <w:t xml:space="preserve">vCPU / </w:t>
      </w:r>
      <w:r w:rsidR="008C02F5">
        <w:rPr>
          <w:lang w:val="fr-FR"/>
        </w:rPr>
        <w:t>32</w:t>
      </w:r>
      <w:r w:rsidRPr="00DF2E00">
        <w:rPr>
          <w:lang w:val="fr-FR"/>
        </w:rPr>
        <w:t xml:space="preserve">Go / </w:t>
      </w:r>
      <w:r w:rsidR="004E6F28">
        <w:rPr>
          <w:lang w:val="fr-FR"/>
        </w:rPr>
        <w:t>3.</w:t>
      </w:r>
      <w:r w:rsidR="00196E22">
        <w:rPr>
          <w:lang w:val="fr-FR"/>
        </w:rPr>
        <w:t>6</w:t>
      </w:r>
      <w:r w:rsidR="004E6F28">
        <w:rPr>
          <w:lang w:val="fr-FR"/>
        </w:rPr>
        <w:t>T</w:t>
      </w:r>
    </w:p>
    <w:p w14:paraId="2CCCFECB" w14:textId="381E81CA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Ports ouverts : </w:t>
      </w:r>
      <w:r w:rsidR="004E6F28">
        <w:rPr>
          <w:lang w:val="fr-FR"/>
        </w:rPr>
        <w:t>3031</w:t>
      </w:r>
      <w:r w:rsidRPr="00DF2E00">
        <w:rPr>
          <w:lang w:val="fr-FR"/>
        </w:rPr>
        <w:t>, 80, 443</w:t>
      </w:r>
    </w:p>
    <w:p w14:paraId="4F577A93" w14:textId="77777777" w:rsidR="00342C32" w:rsidRPr="00DF2E00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SSL installé : </w:t>
      </w:r>
      <w:r w:rsidRPr="00DF2E00">
        <w:rPr>
          <w:lang w:val="fr-FR"/>
        </w:rPr>
        <w:t>Oui</w:t>
      </w:r>
    </w:p>
    <w:p w14:paraId="2B92EB9E" w14:textId="3DA0F67A" w:rsidR="00342C32" w:rsidRPr="00342C32" w:rsidRDefault="00342C32" w:rsidP="00342C32">
      <w:pPr>
        <w:rPr>
          <w:lang w:val="fr-FR"/>
        </w:rPr>
      </w:pPr>
      <w:r w:rsidRPr="00DF2E00">
        <w:rPr>
          <w:b/>
          <w:lang w:val="fr-FR"/>
        </w:rPr>
        <w:t xml:space="preserve">Méthode d’accès : </w:t>
      </w:r>
      <w:r w:rsidRPr="00DF2E00">
        <w:rPr>
          <w:lang w:val="fr-FR"/>
        </w:rPr>
        <w:t>SSH avec clé</w:t>
      </w:r>
    </w:p>
    <w:p w14:paraId="1C642E02" w14:textId="1BF630D1" w:rsidR="00342C32" w:rsidRPr="00DF2E00" w:rsidRDefault="00342C32">
      <w:pPr>
        <w:jc w:val="center"/>
        <w:rPr>
          <w:lang w:val="fr-FR"/>
        </w:rPr>
      </w:pPr>
      <w:r>
        <w:rPr>
          <w:b/>
          <w:color w:val="1F4E79"/>
          <w:sz w:val="32"/>
          <w:lang w:val="fr-FR"/>
        </w:rPr>
        <w:lastRenderedPageBreak/>
        <w:t>Serveur Base De Données</w:t>
      </w:r>
    </w:p>
    <w:p w14:paraId="6B14A5F9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Type d’hébergement : </w:t>
      </w:r>
      <w:r w:rsidRPr="00DF2E00">
        <w:rPr>
          <w:lang w:val="fr-FR"/>
        </w:rPr>
        <w:t>VPS</w:t>
      </w:r>
    </w:p>
    <w:p w14:paraId="12304482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Serveur : </w:t>
      </w:r>
      <w:r w:rsidRPr="00DF2E00">
        <w:rPr>
          <w:lang w:val="fr-FR"/>
        </w:rPr>
        <w:t>OVH VPS</w:t>
      </w:r>
    </w:p>
    <w:p w14:paraId="60C0FD3A" w14:textId="6A1ADD85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IP Serveur : </w:t>
      </w:r>
      <w:r w:rsidR="008A34A0" w:rsidRPr="00AD5088">
        <w:rPr>
          <w:sz w:val="24"/>
          <w:szCs w:val="24"/>
          <w:lang w:val="fr-FR"/>
        </w:rPr>
        <w:t>54.36.179.209</w:t>
      </w:r>
    </w:p>
    <w:p w14:paraId="66BF7747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OS Serveur : </w:t>
      </w:r>
      <w:r w:rsidRPr="00DF2E00">
        <w:rPr>
          <w:lang w:val="fr-FR"/>
        </w:rPr>
        <w:t>Ubuntu 22.04</w:t>
      </w:r>
    </w:p>
    <w:p w14:paraId="5A4FDD7F" w14:textId="6395C93E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Configuration serveur : </w:t>
      </w:r>
      <w:r w:rsidR="00477BEB">
        <w:rPr>
          <w:lang w:val="fr-FR"/>
        </w:rPr>
        <w:t>8</w:t>
      </w:r>
      <w:r w:rsidRPr="00DF2E00">
        <w:rPr>
          <w:lang w:val="fr-FR"/>
        </w:rPr>
        <w:t xml:space="preserve">vCPU / </w:t>
      </w:r>
      <w:r w:rsidR="00477BEB">
        <w:rPr>
          <w:lang w:val="fr-FR"/>
        </w:rPr>
        <w:t>32</w:t>
      </w:r>
      <w:r w:rsidRPr="00DF2E00">
        <w:rPr>
          <w:lang w:val="fr-FR"/>
        </w:rPr>
        <w:t xml:space="preserve">Go / </w:t>
      </w:r>
      <w:r w:rsidR="00B6298C">
        <w:rPr>
          <w:lang w:val="fr-FR"/>
        </w:rPr>
        <w:t>1</w:t>
      </w:r>
      <w:r w:rsidR="00196E22">
        <w:rPr>
          <w:lang w:val="fr-FR"/>
        </w:rPr>
        <w:t>49.1</w:t>
      </w:r>
      <w:r w:rsidRPr="00DF2E00">
        <w:rPr>
          <w:lang w:val="fr-FR"/>
        </w:rPr>
        <w:t>Go</w:t>
      </w:r>
    </w:p>
    <w:p w14:paraId="44F130E5" w14:textId="58AE0F60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Ports ouverts : </w:t>
      </w:r>
      <w:r w:rsidR="008A34A0" w:rsidRPr="00477BEB">
        <w:rPr>
          <w:sz w:val="24"/>
          <w:szCs w:val="24"/>
          <w:lang w:val="fr-FR"/>
        </w:rPr>
        <w:t>3032</w:t>
      </w:r>
      <w:r w:rsidRPr="00DF2E00">
        <w:rPr>
          <w:lang w:val="fr-FR"/>
        </w:rPr>
        <w:t xml:space="preserve">, </w:t>
      </w:r>
      <w:r w:rsidR="008A34A0">
        <w:rPr>
          <w:lang w:val="fr-FR"/>
        </w:rPr>
        <w:t>5432</w:t>
      </w:r>
      <w:r w:rsidRPr="00DF2E00">
        <w:rPr>
          <w:lang w:val="fr-FR"/>
        </w:rPr>
        <w:t xml:space="preserve">, </w:t>
      </w:r>
      <w:r w:rsidR="00477BEB">
        <w:rPr>
          <w:lang w:val="fr-FR"/>
        </w:rPr>
        <w:t>6379</w:t>
      </w:r>
    </w:p>
    <w:p w14:paraId="73EDA046" w14:textId="063FCFA1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SSL installé : </w:t>
      </w:r>
      <w:r w:rsidR="008A34A0">
        <w:rPr>
          <w:lang w:val="fr-FR"/>
        </w:rPr>
        <w:t>Non</w:t>
      </w:r>
    </w:p>
    <w:p w14:paraId="7E2A8A86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Méthode d’accès : </w:t>
      </w:r>
      <w:r w:rsidRPr="00DF2E00">
        <w:rPr>
          <w:lang w:val="fr-FR"/>
        </w:rPr>
        <w:t>SSH avec clé</w:t>
      </w:r>
    </w:p>
    <w:p w14:paraId="41112280" w14:textId="77777777" w:rsidR="00AF5198" w:rsidRPr="00DF2E00" w:rsidRDefault="00AF5198">
      <w:pPr>
        <w:rPr>
          <w:lang w:val="fr-FR"/>
        </w:rPr>
      </w:pPr>
    </w:p>
    <w:p w14:paraId="49657106" w14:textId="77777777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>Application Déployée</w:t>
      </w:r>
    </w:p>
    <w:p w14:paraId="53ADDBEE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Framework utilisé : </w:t>
      </w:r>
      <w:proofErr w:type="spellStart"/>
      <w:r w:rsidRPr="00DF2E00">
        <w:rPr>
          <w:lang w:val="fr-FR"/>
        </w:rPr>
        <w:t>Laravel</w:t>
      </w:r>
      <w:proofErr w:type="spellEnd"/>
    </w:p>
    <w:p w14:paraId="4FDB10C0" w14:textId="7777777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Services critiques : </w:t>
      </w:r>
      <w:r w:rsidRPr="00DF2E00">
        <w:rPr>
          <w:lang w:val="fr-FR"/>
        </w:rPr>
        <w:t xml:space="preserve">API, </w:t>
      </w:r>
      <w:proofErr w:type="spellStart"/>
      <w:r w:rsidRPr="00DF2E00">
        <w:rPr>
          <w:lang w:val="fr-FR"/>
        </w:rPr>
        <w:t>Cron</w:t>
      </w:r>
      <w:proofErr w:type="spellEnd"/>
    </w:p>
    <w:p w14:paraId="221E870B" w14:textId="7889D453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Base de données : </w:t>
      </w:r>
      <w:r w:rsidRPr="00DF2E00">
        <w:rPr>
          <w:lang w:val="fr-FR"/>
        </w:rPr>
        <w:t>PostgreSQL</w:t>
      </w:r>
      <w:r w:rsidR="00844878">
        <w:rPr>
          <w:lang w:val="fr-FR"/>
        </w:rPr>
        <w:t>, Redis</w:t>
      </w:r>
    </w:p>
    <w:p w14:paraId="082F7D0D" w14:textId="00F3F2DE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Version Git déployée : </w:t>
      </w:r>
      <w:r w:rsidR="003A1965">
        <w:rPr>
          <w:b/>
          <w:lang w:val="fr-FR"/>
        </w:rPr>
        <w:t>1.1.1 (</w:t>
      </w:r>
      <w:proofErr w:type="spellStart"/>
      <w:r w:rsidR="003A1965">
        <w:rPr>
          <w:b/>
          <w:lang w:val="fr-FR"/>
        </w:rPr>
        <w:t>core</w:t>
      </w:r>
      <w:proofErr w:type="spellEnd"/>
      <w:r w:rsidR="003A1965">
        <w:rPr>
          <w:b/>
          <w:lang w:val="fr-FR"/>
        </w:rPr>
        <w:t>-api) et 1.1.0 (</w:t>
      </w:r>
      <w:proofErr w:type="spellStart"/>
      <w:r w:rsidR="003A1965">
        <w:rPr>
          <w:b/>
          <w:lang w:val="fr-FR"/>
        </w:rPr>
        <w:t>core</w:t>
      </w:r>
      <w:proofErr w:type="spellEnd"/>
      <w:r w:rsidR="003A1965">
        <w:rPr>
          <w:b/>
          <w:lang w:val="fr-FR"/>
        </w:rPr>
        <w:t>-app)</w:t>
      </w:r>
    </w:p>
    <w:p w14:paraId="1E9EEFCA" w14:textId="77777777" w:rsidR="009D4EE6" w:rsidRPr="009D4EE6" w:rsidRDefault="00000000" w:rsidP="009D4EE6">
      <w:pPr>
        <w:rPr>
          <w:lang w:val="fr-FR"/>
        </w:rPr>
      </w:pPr>
      <w:r w:rsidRPr="00DF2E00">
        <w:rPr>
          <w:b/>
          <w:lang w:val="fr-FR"/>
        </w:rPr>
        <w:t xml:space="preserve">URL du dépôt Git : </w:t>
      </w:r>
      <w:proofErr w:type="spellStart"/>
      <w:proofErr w:type="gramStart"/>
      <w:r w:rsidR="009D4EE6" w:rsidRPr="009D4EE6">
        <w:rPr>
          <w:lang w:val="fr-FR"/>
        </w:rPr>
        <w:t>git@gitlab.com:byPlusApi</w:t>
      </w:r>
      <w:proofErr w:type="spellEnd"/>
      <w:r w:rsidR="009D4EE6" w:rsidRPr="009D4EE6">
        <w:rPr>
          <w:lang w:val="fr-FR"/>
        </w:rPr>
        <w:t>/</w:t>
      </w:r>
      <w:proofErr w:type="spellStart"/>
      <w:r w:rsidR="009D4EE6" w:rsidRPr="009D4EE6">
        <w:rPr>
          <w:lang w:val="fr-FR"/>
        </w:rPr>
        <w:t>core-api.git</w:t>
      </w:r>
      <w:proofErr w:type="spellEnd"/>
      <w:proofErr w:type="gramEnd"/>
    </w:p>
    <w:p w14:paraId="20DD1D36" w14:textId="7B9710C2" w:rsidR="00AF5198" w:rsidRPr="00DF2E00" w:rsidRDefault="009D4EE6">
      <w:pPr>
        <w:rPr>
          <w:lang w:val="fr-FR"/>
        </w:rPr>
      </w:pPr>
      <w:proofErr w:type="spellStart"/>
      <w:proofErr w:type="gramStart"/>
      <w:r w:rsidRPr="009D4EE6">
        <w:rPr>
          <w:lang w:val="fr-FR"/>
        </w:rPr>
        <w:t>git@gitlab.com:ByPlusApp</w:t>
      </w:r>
      <w:proofErr w:type="spellEnd"/>
      <w:r w:rsidRPr="009D4EE6">
        <w:rPr>
          <w:lang w:val="fr-FR"/>
        </w:rPr>
        <w:t>/</w:t>
      </w:r>
      <w:proofErr w:type="spellStart"/>
      <w:r w:rsidRPr="009D4EE6">
        <w:rPr>
          <w:lang w:val="fr-FR"/>
        </w:rPr>
        <w:t>core-app.git</w:t>
      </w:r>
      <w:proofErr w:type="spellEnd"/>
      <w:proofErr w:type="gramEnd"/>
    </w:p>
    <w:p w14:paraId="5DB67104" w14:textId="6D6AE047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Dernier commit : </w:t>
      </w:r>
    </w:p>
    <w:p w14:paraId="3B1A7C79" w14:textId="382B0319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Type de déploiement : </w:t>
      </w:r>
    </w:p>
    <w:p w14:paraId="0225F585" w14:textId="0C488072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Date de déploiement : </w:t>
      </w:r>
      <w:r w:rsidRPr="00DF2E00">
        <w:rPr>
          <w:lang w:val="fr-FR"/>
        </w:rPr>
        <w:t>2024-0</w:t>
      </w:r>
      <w:r w:rsidR="009D4EE6">
        <w:rPr>
          <w:lang w:val="fr-FR"/>
        </w:rPr>
        <w:t>6-02</w:t>
      </w:r>
    </w:p>
    <w:p w14:paraId="05488E57" w14:textId="77777777" w:rsidR="00AF5198" w:rsidRPr="00DF2E00" w:rsidRDefault="00AF5198">
      <w:pPr>
        <w:rPr>
          <w:lang w:val="fr-FR"/>
        </w:rPr>
      </w:pPr>
    </w:p>
    <w:p w14:paraId="4B895ABA" w14:textId="77777777" w:rsidR="00AF5198" w:rsidRPr="00DF2E00" w:rsidRDefault="00000000">
      <w:pPr>
        <w:jc w:val="center"/>
        <w:rPr>
          <w:lang w:val="fr-FR"/>
        </w:rPr>
      </w:pPr>
      <w:r w:rsidRPr="00DF2E00">
        <w:rPr>
          <w:b/>
          <w:color w:val="1F4E79"/>
          <w:sz w:val="32"/>
          <w:lang w:val="fr-FR"/>
        </w:rPr>
        <w:t>Sauvegarde et Monitoring</w:t>
      </w:r>
    </w:p>
    <w:p w14:paraId="6F6A681A" w14:textId="57F567BB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Sauvegarde active : </w:t>
      </w:r>
      <w:r w:rsidR="008A34A0">
        <w:rPr>
          <w:lang w:val="fr-FR"/>
        </w:rPr>
        <w:t>Non</w:t>
      </w:r>
    </w:p>
    <w:p w14:paraId="6028967E" w14:textId="7C994779" w:rsidR="00AF5198" w:rsidRPr="00DF2E00" w:rsidRDefault="00000000">
      <w:pPr>
        <w:rPr>
          <w:lang w:val="fr-FR"/>
        </w:rPr>
      </w:pPr>
      <w:r w:rsidRPr="00DF2E00">
        <w:rPr>
          <w:b/>
          <w:lang w:val="fr-FR"/>
        </w:rPr>
        <w:t xml:space="preserve">Fréquence de sauvegarde : </w:t>
      </w:r>
    </w:p>
    <w:p w14:paraId="10225317" w14:textId="33CDF1C6" w:rsidR="00AF5198" w:rsidRDefault="00000000">
      <w:r>
        <w:rPr>
          <w:b/>
        </w:rPr>
        <w:t xml:space="preserve">Surveillance </w:t>
      </w:r>
      <w:r w:rsidR="00140F4D">
        <w:rPr>
          <w:b/>
        </w:rPr>
        <w:t xml:space="preserve">active </w:t>
      </w:r>
      <w:proofErr w:type="gramStart"/>
      <w:r>
        <w:rPr>
          <w:b/>
        </w:rPr>
        <w:t>e :</w:t>
      </w:r>
      <w:proofErr w:type="gramEnd"/>
      <w:r>
        <w:rPr>
          <w:b/>
        </w:rPr>
        <w:t xml:space="preserve"> </w:t>
      </w:r>
    </w:p>
    <w:sectPr w:rsidR="00AF519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B229D5"/>
    <w:multiLevelType w:val="hybridMultilevel"/>
    <w:tmpl w:val="09823B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445682">
    <w:abstractNumId w:val="8"/>
  </w:num>
  <w:num w:numId="2" w16cid:durableId="360907824">
    <w:abstractNumId w:val="6"/>
  </w:num>
  <w:num w:numId="3" w16cid:durableId="1239174834">
    <w:abstractNumId w:val="5"/>
  </w:num>
  <w:num w:numId="4" w16cid:durableId="460073877">
    <w:abstractNumId w:val="4"/>
  </w:num>
  <w:num w:numId="5" w16cid:durableId="537743391">
    <w:abstractNumId w:val="7"/>
  </w:num>
  <w:num w:numId="6" w16cid:durableId="1683165611">
    <w:abstractNumId w:val="3"/>
  </w:num>
  <w:num w:numId="7" w16cid:durableId="924340773">
    <w:abstractNumId w:val="2"/>
  </w:num>
  <w:num w:numId="8" w16cid:durableId="35008523">
    <w:abstractNumId w:val="1"/>
  </w:num>
  <w:num w:numId="9" w16cid:durableId="118914983">
    <w:abstractNumId w:val="0"/>
  </w:num>
  <w:num w:numId="10" w16cid:durableId="6754256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397"/>
    <w:rsid w:val="00140F4D"/>
    <w:rsid w:val="0015074B"/>
    <w:rsid w:val="00196E22"/>
    <w:rsid w:val="0029639D"/>
    <w:rsid w:val="00326F90"/>
    <w:rsid w:val="00342C32"/>
    <w:rsid w:val="003A1965"/>
    <w:rsid w:val="00477BEB"/>
    <w:rsid w:val="004B1C88"/>
    <w:rsid w:val="004E6F28"/>
    <w:rsid w:val="006F192E"/>
    <w:rsid w:val="00801D82"/>
    <w:rsid w:val="00844878"/>
    <w:rsid w:val="008A34A0"/>
    <w:rsid w:val="008C02F5"/>
    <w:rsid w:val="009D4EE6"/>
    <w:rsid w:val="00AA1D8D"/>
    <w:rsid w:val="00AD5088"/>
    <w:rsid w:val="00AE15A5"/>
    <w:rsid w:val="00AF5198"/>
    <w:rsid w:val="00B47730"/>
    <w:rsid w:val="00B6298C"/>
    <w:rsid w:val="00BA2D83"/>
    <w:rsid w:val="00C53BE1"/>
    <w:rsid w:val="00CB0664"/>
    <w:rsid w:val="00DF2E00"/>
    <w:rsid w:val="00F6447A"/>
    <w:rsid w:val="00FA59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C889C"/>
  <w14:defaultImageDpi w14:val="300"/>
  <w15:docId w15:val="{A0D34CFB-43AB-4DA8-A30D-BCD4AEAA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C32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9D4EE6"/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A2D8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A2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74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1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433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12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305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186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301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72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41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3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06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29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224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0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2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1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8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47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90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199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451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798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2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8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13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42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385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790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342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019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anta.kounou@netbyu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meo.mehinto@netbyu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239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6</cp:revision>
  <dcterms:created xsi:type="dcterms:W3CDTF">2013-12-23T23:15:00Z</dcterms:created>
  <dcterms:modified xsi:type="dcterms:W3CDTF">2025-06-16T12:18:00Z</dcterms:modified>
  <cp:category/>
</cp:coreProperties>
</file>