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183C2" w14:textId="77777777" w:rsidR="0004781C" w:rsidRDefault="0004781C" w:rsidP="0004781C">
      <w:pPr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  <w:lang w:val="fr-FR"/>
        </w:rPr>
      </w:pPr>
    </w:p>
    <w:p w14:paraId="7AEA84B1" w14:textId="2E18886A" w:rsidR="00DF4D92" w:rsidRPr="00C05A1D" w:rsidRDefault="00B02391" w:rsidP="0004781C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  <w:lang w:val="fr-FR"/>
        </w:rPr>
      </w:pPr>
      <w:r w:rsidRPr="00C05A1D">
        <w:rPr>
          <w:rFonts w:ascii="Times New Roman" w:hAnsi="Times New Roman" w:cs="Times New Roman"/>
          <w:b/>
          <w:bCs/>
          <w:sz w:val="36"/>
          <w:szCs w:val="36"/>
          <w:u w:val="single"/>
          <w:lang w:val="fr-FR"/>
        </w:rPr>
        <w:t>PROCURATION</w:t>
      </w:r>
    </w:p>
    <w:p w14:paraId="62989C47" w14:textId="1BC18DC3" w:rsidR="0004781C" w:rsidRPr="00C05A1D" w:rsidRDefault="0004781C" w:rsidP="0004781C">
      <w:pPr>
        <w:pStyle w:val="NormalWeb"/>
        <w:jc w:val="both"/>
        <w:rPr>
          <w:sz w:val="32"/>
          <w:szCs w:val="32"/>
        </w:rPr>
      </w:pPr>
      <w:r w:rsidRPr="00C05A1D">
        <w:rPr>
          <w:sz w:val="32"/>
          <w:szCs w:val="32"/>
        </w:rPr>
        <w:t xml:space="preserve">Je soussigné </w:t>
      </w:r>
      <w:r w:rsidRPr="00C05A1D">
        <w:rPr>
          <w:rStyle w:val="lev"/>
          <w:sz w:val="32"/>
          <w:szCs w:val="32"/>
        </w:rPr>
        <w:t>HOUNTON Ricardo Claude Hervé</w:t>
      </w:r>
      <w:r w:rsidRPr="00C05A1D">
        <w:rPr>
          <w:sz w:val="32"/>
          <w:szCs w:val="32"/>
        </w:rPr>
        <w:t xml:space="preserve">, gérant de la société </w:t>
      </w:r>
      <w:r w:rsidRPr="00C05A1D">
        <w:rPr>
          <w:rStyle w:val="lev"/>
          <w:sz w:val="32"/>
          <w:szCs w:val="32"/>
        </w:rPr>
        <w:t>NET</w:t>
      </w:r>
      <w:r w:rsidRPr="00C05A1D">
        <w:rPr>
          <w:rStyle w:val="lev"/>
          <w:sz w:val="32"/>
          <w:szCs w:val="32"/>
          <w:lang w:val="fr-FR"/>
        </w:rPr>
        <w:t xml:space="preserve"> </w:t>
      </w:r>
      <w:r w:rsidRPr="00C05A1D">
        <w:rPr>
          <w:rStyle w:val="lev"/>
          <w:sz w:val="32"/>
          <w:szCs w:val="32"/>
        </w:rPr>
        <w:t>BY</w:t>
      </w:r>
      <w:r w:rsidRPr="00C05A1D">
        <w:rPr>
          <w:rStyle w:val="lev"/>
          <w:sz w:val="32"/>
          <w:szCs w:val="32"/>
          <w:lang w:val="fr-FR"/>
        </w:rPr>
        <w:t xml:space="preserve"> </w:t>
      </w:r>
      <w:r w:rsidRPr="00C05A1D">
        <w:rPr>
          <w:rStyle w:val="lev"/>
          <w:sz w:val="32"/>
          <w:szCs w:val="32"/>
        </w:rPr>
        <w:t>US</w:t>
      </w:r>
      <w:r w:rsidRPr="00C05A1D">
        <w:rPr>
          <w:sz w:val="32"/>
          <w:szCs w:val="32"/>
        </w:rPr>
        <w:t xml:space="preserve">, donne par la présente procuration à </w:t>
      </w:r>
      <w:r w:rsidRPr="00C05A1D">
        <w:rPr>
          <w:rStyle w:val="lev"/>
          <w:sz w:val="32"/>
          <w:szCs w:val="32"/>
        </w:rPr>
        <w:t>Madame HOUNKONNOU Aldonie R. A.</w:t>
      </w:r>
      <w:r w:rsidRPr="00C05A1D">
        <w:rPr>
          <w:sz w:val="32"/>
          <w:szCs w:val="32"/>
        </w:rPr>
        <w:t xml:space="preserve">, Office Manager de ladite société, pour agir au nom de la société auprès de </w:t>
      </w:r>
      <w:r w:rsidRPr="00C05A1D">
        <w:rPr>
          <w:rStyle w:val="lev"/>
          <w:sz w:val="32"/>
          <w:szCs w:val="32"/>
        </w:rPr>
        <w:t>ECOBANK Bénin</w:t>
      </w:r>
      <w:r w:rsidRPr="00C05A1D">
        <w:rPr>
          <w:sz w:val="32"/>
          <w:szCs w:val="32"/>
        </w:rPr>
        <w:t xml:space="preserve">, et procéder au </w:t>
      </w:r>
      <w:r w:rsidRPr="00C05A1D">
        <w:rPr>
          <w:rStyle w:val="lev"/>
          <w:sz w:val="32"/>
          <w:szCs w:val="32"/>
        </w:rPr>
        <w:t>retrait du chéquier de l’entreprise NETBYUS</w:t>
      </w:r>
      <w:r w:rsidRPr="00C05A1D">
        <w:rPr>
          <w:sz w:val="32"/>
          <w:szCs w:val="32"/>
        </w:rPr>
        <w:t xml:space="preserve"> dans votre agence.</w:t>
      </w:r>
    </w:p>
    <w:p w14:paraId="13B03F24" w14:textId="120216B7" w:rsidR="0004781C" w:rsidRPr="00C05A1D" w:rsidRDefault="0004781C" w:rsidP="0004781C">
      <w:pPr>
        <w:pStyle w:val="NormalWeb"/>
        <w:jc w:val="both"/>
        <w:rPr>
          <w:sz w:val="32"/>
          <w:szCs w:val="32"/>
        </w:rPr>
      </w:pPr>
      <w:r w:rsidRPr="00C05A1D">
        <w:rPr>
          <w:sz w:val="32"/>
          <w:szCs w:val="32"/>
        </w:rPr>
        <w:t>En foi de quoi, la présente procuration lui est délivrée pour servir et valoir ce que de droit.</w:t>
      </w:r>
    </w:p>
    <w:p w14:paraId="752E346F" w14:textId="77777777" w:rsidR="0004781C" w:rsidRPr="00C05A1D" w:rsidRDefault="0004781C" w:rsidP="0004781C">
      <w:pPr>
        <w:pStyle w:val="NormalWeb"/>
        <w:jc w:val="both"/>
        <w:rPr>
          <w:sz w:val="32"/>
          <w:szCs w:val="32"/>
        </w:rPr>
      </w:pPr>
    </w:p>
    <w:p w14:paraId="6B72F868" w14:textId="0940B23A" w:rsidR="0004781C" w:rsidRPr="00C05A1D" w:rsidRDefault="0004781C" w:rsidP="0004781C">
      <w:pPr>
        <w:pStyle w:val="NormalWeb"/>
        <w:jc w:val="both"/>
        <w:rPr>
          <w:sz w:val="32"/>
          <w:szCs w:val="32"/>
        </w:rPr>
      </w:pPr>
      <w:r w:rsidRPr="00C05A1D">
        <w:rPr>
          <w:sz w:val="32"/>
          <w:szCs w:val="32"/>
        </w:rPr>
        <w:t xml:space="preserve">Fait à </w:t>
      </w:r>
      <w:r w:rsidRPr="00C05A1D">
        <w:rPr>
          <w:sz w:val="32"/>
          <w:szCs w:val="32"/>
          <w:lang w:val="fr-FR"/>
        </w:rPr>
        <w:t>Cotonou</w:t>
      </w:r>
      <w:r w:rsidRPr="00C05A1D">
        <w:rPr>
          <w:sz w:val="32"/>
          <w:szCs w:val="32"/>
        </w:rPr>
        <w:t xml:space="preserve"> </w:t>
      </w:r>
      <w:r w:rsidRPr="00C05A1D">
        <w:rPr>
          <w:sz w:val="32"/>
          <w:szCs w:val="32"/>
          <w:lang w:val="fr-FR"/>
        </w:rPr>
        <w:t>c</w:t>
      </w:r>
      <w:r w:rsidRPr="00C05A1D">
        <w:rPr>
          <w:sz w:val="32"/>
          <w:szCs w:val="32"/>
        </w:rPr>
        <w:t xml:space="preserve">e </w:t>
      </w:r>
      <w:r w:rsidRPr="00C05A1D">
        <w:rPr>
          <w:sz w:val="32"/>
          <w:szCs w:val="32"/>
          <w:lang w:val="fr-FR"/>
        </w:rPr>
        <w:t>10/09</w:t>
      </w:r>
      <w:r w:rsidRPr="00C05A1D">
        <w:rPr>
          <w:sz w:val="32"/>
          <w:szCs w:val="32"/>
        </w:rPr>
        <w:t>/2025</w:t>
      </w:r>
    </w:p>
    <w:p w14:paraId="11F1866B" w14:textId="089E6AE2" w:rsidR="00DF4D92" w:rsidRPr="00C05A1D" w:rsidRDefault="00DF4D92" w:rsidP="0004781C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40770A96" w14:textId="1FED4BFE" w:rsidR="0004781C" w:rsidRPr="00C05A1D" w:rsidRDefault="0004781C" w:rsidP="0004781C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6D891DA5" w14:textId="404342FF" w:rsidR="0004781C" w:rsidRPr="00C05A1D" w:rsidRDefault="0004781C" w:rsidP="0004781C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6F6DF472" w14:textId="77777777" w:rsidR="0004781C" w:rsidRPr="00C05A1D" w:rsidRDefault="0004781C" w:rsidP="0004781C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2B318D33" w14:textId="2702A529" w:rsidR="0004781C" w:rsidRPr="00C05A1D" w:rsidRDefault="0004781C" w:rsidP="0004781C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2B86E23F" w14:textId="301E92AA" w:rsidR="0004781C" w:rsidRPr="00C05A1D" w:rsidRDefault="0004781C" w:rsidP="0004781C">
      <w:pPr>
        <w:jc w:val="right"/>
        <w:rPr>
          <w:rFonts w:ascii="Times New Roman" w:hAnsi="Times New Roman" w:cs="Times New Roman"/>
          <w:sz w:val="32"/>
          <w:szCs w:val="32"/>
        </w:rPr>
      </w:pPr>
      <w:r w:rsidRPr="00C05A1D">
        <w:rPr>
          <w:rFonts w:ascii="Times New Roman" w:hAnsi="Times New Roman" w:cs="Times New Roman"/>
          <w:sz w:val="32"/>
          <w:szCs w:val="32"/>
        </w:rPr>
        <w:t xml:space="preserve">HOUNTON Ricardo Claude </w:t>
      </w:r>
      <w:proofErr w:type="spellStart"/>
      <w:r w:rsidRPr="00C05A1D">
        <w:rPr>
          <w:rFonts w:ascii="Times New Roman" w:hAnsi="Times New Roman" w:cs="Times New Roman"/>
          <w:sz w:val="32"/>
          <w:szCs w:val="32"/>
        </w:rPr>
        <w:t>Hervé</w:t>
      </w:r>
      <w:proofErr w:type="spellEnd"/>
    </w:p>
    <w:sectPr w:rsidR="0004781C" w:rsidRPr="00C05A1D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7B770" w14:textId="77777777" w:rsidR="00B02391" w:rsidRDefault="00B02391" w:rsidP="0004781C">
      <w:pPr>
        <w:spacing w:after="0" w:line="240" w:lineRule="auto"/>
      </w:pPr>
      <w:r>
        <w:separator/>
      </w:r>
    </w:p>
  </w:endnote>
  <w:endnote w:type="continuationSeparator" w:id="0">
    <w:p w14:paraId="2291501E" w14:textId="77777777" w:rsidR="00B02391" w:rsidRDefault="00B02391" w:rsidP="00047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7D1F5" w14:textId="7A8D24B3" w:rsidR="0004781C" w:rsidRDefault="0004781C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3C5EE93" wp14:editId="2B5E4782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D84AB" w14:textId="77777777" w:rsidR="00B02391" w:rsidRDefault="00B02391" w:rsidP="0004781C">
      <w:pPr>
        <w:spacing w:after="0" w:line="240" w:lineRule="auto"/>
      </w:pPr>
      <w:r>
        <w:separator/>
      </w:r>
    </w:p>
  </w:footnote>
  <w:footnote w:type="continuationSeparator" w:id="0">
    <w:p w14:paraId="19CF42D0" w14:textId="77777777" w:rsidR="00B02391" w:rsidRDefault="00B02391" w:rsidP="00047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2CED3" w14:textId="317F3808" w:rsidR="0004781C" w:rsidRDefault="0004781C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8956198" wp14:editId="15CE0A7E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81C"/>
    <w:rsid w:val="0006063C"/>
    <w:rsid w:val="0015074B"/>
    <w:rsid w:val="0029639D"/>
    <w:rsid w:val="00326F90"/>
    <w:rsid w:val="00AA1D8D"/>
    <w:rsid w:val="00B02391"/>
    <w:rsid w:val="00B47730"/>
    <w:rsid w:val="00C05A1D"/>
    <w:rsid w:val="00CB0664"/>
    <w:rsid w:val="00DF4D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DF7D85"/>
  <w14:defaultImageDpi w14:val="300"/>
  <w15:docId w15:val="{067E76AC-7443-4A33-8B7B-2A81654B3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047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BJ" w:eastAsia="fr-BJ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2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2</cp:revision>
  <dcterms:created xsi:type="dcterms:W3CDTF">2013-12-23T23:15:00Z</dcterms:created>
  <dcterms:modified xsi:type="dcterms:W3CDTF">2025-09-09T12:27:00Z</dcterms:modified>
  <cp:category/>
</cp:coreProperties>
</file>